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0F42F" w14:textId="77777777" w:rsidR="00AC7389" w:rsidRDefault="00AC7389" w:rsidP="00A5393F">
      <w:pPr>
        <w:spacing w:after="0"/>
        <w:ind w:right="95"/>
        <w:jc w:val="center"/>
        <w:rPr>
          <w:rFonts w:asciiTheme="majorHAnsi" w:eastAsia="Calibri" w:hAnsiTheme="majorHAnsi" w:cs="Arial"/>
          <w:b/>
          <w:sz w:val="56"/>
          <w:szCs w:val="28"/>
          <w:lang w:val="en-GB"/>
        </w:rPr>
      </w:pPr>
    </w:p>
    <w:p w14:paraId="00686EF0" w14:textId="2035126F" w:rsidR="00A5393F" w:rsidRPr="00AC7389" w:rsidRDefault="00A5393F" w:rsidP="00A5393F">
      <w:pPr>
        <w:spacing w:after="0"/>
        <w:ind w:right="95"/>
        <w:jc w:val="center"/>
        <w:rPr>
          <w:rFonts w:asciiTheme="majorHAnsi" w:eastAsia="Calibri" w:hAnsiTheme="majorHAnsi" w:cs="Arial"/>
          <w:b/>
          <w:sz w:val="56"/>
          <w:szCs w:val="28"/>
          <w:lang w:val="en-GB"/>
        </w:rPr>
      </w:pPr>
      <w:r w:rsidRPr="00AC7389">
        <w:rPr>
          <w:rFonts w:asciiTheme="majorHAnsi" w:eastAsia="Calibri" w:hAnsiTheme="majorHAnsi" w:cs="Arial"/>
          <w:b/>
          <w:sz w:val="56"/>
          <w:szCs w:val="28"/>
          <w:lang w:val="en-GB"/>
        </w:rPr>
        <w:t>GIG Health - AI POLICY</w:t>
      </w:r>
    </w:p>
    <w:p w14:paraId="41748CE2" w14:textId="58F27A37" w:rsidR="00A5393F" w:rsidRPr="00253438" w:rsidRDefault="003D6639" w:rsidP="00A5393F">
      <w:pPr>
        <w:spacing w:after="0"/>
        <w:ind w:right="95"/>
        <w:jc w:val="center"/>
        <w:rPr>
          <w:rFonts w:asciiTheme="majorHAnsi" w:hAnsiTheme="majorHAnsi" w:cs="Arial"/>
          <w:i/>
          <w:sz w:val="24"/>
        </w:rPr>
      </w:pPr>
      <w:r>
        <w:rPr>
          <w:rFonts w:asciiTheme="majorHAnsi" w:hAnsiTheme="majorHAnsi" w:cs="Arial"/>
          <w:i/>
          <w:sz w:val="24"/>
        </w:rPr>
        <w:t>v4</w:t>
      </w:r>
      <w:r w:rsidR="00A5393F">
        <w:rPr>
          <w:rFonts w:asciiTheme="majorHAnsi" w:hAnsiTheme="majorHAnsi" w:cs="Arial"/>
          <w:i/>
          <w:sz w:val="24"/>
        </w:rPr>
        <w:t>.0 2026-</w:t>
      </w:r>
      <w:r w:rsidR="00930D6A">
        <w:rPr>
          <w:rFonts w:asciiTheme="majorHAnsi" w:hAnsiTheme="majorHAnsi" w:cs="Arial"/>
          <w:i/>
          <w:sz w:val="24"/>
        </w:rPr>
        <w:t>04</w:t>
      </w:r>
      <w:r w:rsidR="00A5393F">
        <w:rPr>
          <w:rFonts w:asciiTheme="majorHAnsi" w:hAnsiTheme="majorHAnsi" w:cs="Arial"/>
          <w:i/>
          <w:sz w:val="24"/>
        </w:rPr>
        <w:t>-</w:t>
      </w:r>
      <w:r>
        <w:rPr>
          <w:rFonts w:asciiTheme="majorHAnsi" w:hAnsiTheme="majorHAnsi" w:cs="Arial"/>
          <w:i/>
          <w:sz w:val="24"/>
        </w:rPr>
        <w:t>11</w:t>
      </w:r>
    </w:p>
    <w:p w14:paraId="36613115" w14:textId="77777777" w:rsidR="00A5393F" w:rsidRPr="00BB2C88" w:rsidRDefault="00A5393F" w:rsidP="00A5393F">
      <w:pPr>
        <w:jc w:val="center"/>
        <w:rPr>
          <w:rFonts w:asciiTheme="majorHAnsi" w:hAnsiTheme="majorHAnsi" w:cstheme="majorHAnsi"/>
        </w:rPr>
      </w:pPr>
    </w:p>
    <w:p w14:paraId="0FD9B114" w14:textId="77777777" w:rsidR="00667028" w:rsidRDefault="00667028" w:rsidP="00F05F39">
      <w:pPr>
        <w:pBdr>
          <w:top w:val="single" w:sz="4" w:space="1" w:color="auto"/>
          <w:left w:val="single" w:sz="4" w:space="4" w:color="auto"/>
          <w:bottom w:val="single" w:sz="4" w:space="1" w:color="auto"/>
          <w:right w:val="single" w:sz="4" w:space="4" w:color="auto"/>
        </w:pBdr>
        <w:jc w:val="center"/>
        <w:rPr>
          <w:rFonts w:asciiTheme="majorHAnsi" w:hAnsiTheme="majorHAnsi" w:cstheme="majorHAnsi"/>
          <w:b/>
          <w:bCs/>
        </w:rPr>
      </w:pPr>
    </w:p>
    <w:p w14:paraId="58EABFD8" w14:textId="5F4C5EB2" w:rsidR="00156BF6" w:rsidRPr="00156BF6" w:rsidRDefault="00F05F39" w:rsidP="00F05F39">
      <w:pPr>
        <w:pBdr>
          <w:top w:val="single" w:sz="4" w:space="1" w:color="auto"/>
          <w:left w:val="single" w:sz="4" w:space="4" w:color="auto"/>
          <w:bottom w:val="single" w:sz="4" w:space="1" w:color="auto"/>
          <w:right w:val="single" w:sz="4" w:space="4" w:color="auto"/>
        </w:pBdr>
        <w:jc w:val="center"/>
        <w:rPr>
          <w:rFonts w:asciiTheme="majorHAnsi" w:hAnsiTheme="majorHAnsi" w:cstheme="majorHAnsi"/>
          <w:b/>
          <w:bCs/>
        </w:rPr>
      </w:pPr>
      <w:r>
        <w:rPr>
          <w:rFonts w:asciiTheme="majorHAnsi" w:hAnsiTheme="majorHAnsi" w:cstheme="majorHAnsi"/>
          <w:b/>
          <w:bCs/>
        </w:rPr>
        <w:t>GIG HEALTH</w:t>
      </w:r>
      <w:r w:rsidR="00156BF6" w:rsidRPr="00156BF6">
        <w:rPr>
          <w:rFonts w:asciiTheme="majorHAnsi" w:hAnsiTheme="majorHAnsi" w:cstheme="majorHAnsi"/>
          <w:b/>
          <w:bCs/>
        </w:rPr>
        <w:t xml:space="preserve"> AI </w:t>
      </w:r>
      <w:r w:rsidR="00156BF6">
        <w:rPr>
          <w:rFonts w:asciiTheme="majorHAnsi" w:hAnsiTheme="majorHAnsi" w:cstheme="majorHAnsi"/>
          <w:b/>
          <w:bCs/>
        </w:rPr>
        <w:t>MANIFESTO</w:t>
      </w:r>
      <w:r>
        <w:rPr>
          <w:rFonts w:asciiTheme="majorHAnsi" w:hAnsiTheme="majorHAnsi" w:cstheme="majorHAnsi"/>
          <w:b/>
          <w:bCs/>
        </w:rPr>
        <w:t xml:space="preserve"> </w:t>
      </w:r>
    </w:p>
    <w:p w14:paraId="33C4C193" w14:textId="69EB695F" w:rsidR="00156BF6" w:rsidRDefault="00156BF6" w:rsidP="00AC7389">
      <w:pPr>
        <w:pBdr>
          <w:top w:val="single" w:sz="4" w:space="1" w:color="auto"/>
          <w:left w:val="single" w:sz="4" w:space="4" w:color="auto"/>
          <w:bottom w:val="single" w:sz="4" w:space="1" w:color="auto"/>
          <w:right w:val="single" w:sz="4" w:space="4" w:color="auto"/>
        </w:pBdr>
        <w:jc w:val="center"/>
        <w:rPr>
          <w:rFonts w:asciiTheme="majorHAnsi" w:hAnsiTheme="majorHAnsi" w:cstheme="majorHAnsi"/>
        </w:rPr>
      </w:pPr>
      <w:r>
        <w:rPr>
          <w:rFonts w:asciiTheme="majorHAnsi" w:hAnsiTheme="majorHAnsi" w:cstheme="majorHAnsi"/>
        </w:rPr>
        <w:t xml:space="preserve">At GIG Health, our ideas, </w:t>
      </w:r>
      <w:r w:rsidRPr="00AC7389">
        <w:rPr>
          <w:rFonts w:asciiTheme="majorHAnsi" w:hAnsiTheme="majorHAnsi" w:cstheme="majorHAnsi"/>
        </w:rPr>
        <w:t xml:space="preserve">judgment and craft </w:t>
      </w:r>
      <w:r>
        <w:rPr>
          <w:rFonts w:asciiTheme="majorHAnsi" w:hAnsiTheme="majorHAnsi" w:cstheme="majorHAnsi"/>
        </w:rPr>
        <w:t xml:space="preserve">are </w:t>
      </w:r>
      <w:proofErr w:type="gramStart"/>
      <w:r>
        <w:rPr>
          <w:rFonts w:asciiTheme="majorHAnsi" w:hAnsiTheme="majorHAnsi" w:cstheme="majorHAnsi"/>
          <w:b/>
          <w:bCs/>
        </w:rPr>
        <w:t>human</w:t>
      </w:r>
      <w:r>
        <w:rPr>
          <w:rFonts w:asciiTheme="majorHAnsi" w:hAnsiTheme="majorHAnsi" w:cstheme="majorHAnsi"/>
        </w:rPr>
        <w:t>, and</w:t>
      </w:r>
      <w:proofErr w:type="gramEnd"/>
      <w:r>
        <w:rPr>
          <w:rFonts w:asciiTheme="majorHAnsi" w:hAnsiTheme="majorHAnsi" w:cstheme="majorHAnsi"/>
        </w:rPr>
        <w:t xml:space="preserve"> always will be.</w:t>
      </w:r>
    </w:p>
    <w:p w14:paraId="5AC44CE8" w14:textId="5F8531F1" w:rsidR="00156BF6" w:rsidRDefault="00F83CB7" w:rsidP="00AC7389">
      <w:pPr>
        <w:pBdr>
          <w:top w:val="single" w:sz="4" w:space="1" w:color="auto"/>
          <w:left w:val="single" w:sz="4" w:space="4" w:color="auto"/>
          <w:bottom w:val="single" w:sz="4" w:space="1" w:color="auto"/>
          <w:right w:val="single" w:sz="4" w:space="4" w:color="auto"/>
        </w:pBdr>
        <w:jc w:val="center"/>
        <w:rPr>
          <w:rFonts w:asciiTheme="majorHAnsi" w:hAnsiTheme="majorHAnsi" w:cstheme="majorHAnsi"/>
        </w:rPr>
      </w:pPr>
      <w:r>
        <w:rPr>
          <w:rFonts w:asciiTheme="majorHAnsi" w:hAnsiTheme="majorHAnsi" w:cstheme="majorHAnsi"/>
        </w:rPr>
        <w:t>Firstly, because c</w:t>
      </w:r>
      <w:r w:rsidR="00156BF6">
        <w:rPr>
          <w:rFonts w:asciiTheme="majorHAnsi" w:hAnsiTheme="majorHAnsi" w:cstheme="majorHAnsi"/>
        </w:rPr>
        <w:t>reativity requires original th</w:t>
      </w:r>
      <w:r w:rsidR="00F05F39">
        <w:rPr>
          <w:rFonts w:asciiTheme="majorHAnsi" w:hAnsiTheme="majorHAnsi" w:cstheme="majorHAnsi"/>
        </w:rPr>
        <w:t>inking, spontaneity, and courage</w:t>
      </w:r>
      <w:r>
        <w:rPr>
          <w:rFonts w:asciiTheme="majorHAnsi" w:hAnsiTheme="majorHAnsi" w:cstheme="majorHAnsi"/>
        </w:rPr>
        <w:t xml:space="preserve">, </w:t>
      </w:r>
      <w:r w:rsidR="00393697">
        <w:rPr>
          <w:rFonts w:asciiTheme="majorHAnsi" w:hAnsiTheme="majorHAnsi" w:cstheme="majorHAnsi"/>
        </w:rPr>
        <w:t>all human traits</w:t>
      </w:r>
      <w:r w:rsidR="00156BF6">
        <w:rPr>
          <w:rFonts w:asciiTheme="majorHAnsi" w:hAnsiTheme="majorHAnsi" w:cstheme="majorHAnsi"/>
        </w:rPr>
        <w:t>.</w:t>
      </w:r>
    </w:p>
    <w:p w14:paraId="03B86341" w14:textId="4E30E64D" w:rsidR="00156BF6" w:rsidRDefault="00156BF6" w:rsidP="00AC7389">
      <w:pPr>
        <w:pBdr>
          <w:top w:val="single" w:sz="4" w:space="1" w:color="auto"/>
          <w:left w:val="single" w:sz="4" w:space="4" w:color="auto"/>
          <w:bottom w:val="single" w:sz="4" w:space="1" w:color="auto"/>
          <w:right w:val="single" w:sz="4" w:space="4" w:color="auto"/>
        </w:pBdr>
        <w:jc w:val="center"/>
        <w:rPr>
          <w:rFonts w:asciiTheme="majorHAnsi" w:hAnsiTheme="majorHAnsi" w:cstheme="majorHAnsi"/>
        </w:rPr>
      </w:pPr>
      <w:r>
        <w:rPr>
          <w:rFonts w:asciiTheme="majorHAnsi" w:hAnsiTheme="majorHAnsi" w:cstheme="majorHAnsi"/>
        </w:rPr>
        <w:t xml:space="preserve">And </w:t>
      </w:r>
      <w:r w:rsidR="00F83CB7">
        <w:rPr>
          <w:rFonts w:asciiTheme="majorHAnsi" w:hAnsiTheme="majorHAnsi" w:cstheme="majorHAnsi"/>
        </w:rPr>
        <w:t>secondly</w:t>
      </w:r>
      <w:r w:rsidR="00F05F39">
        <w:rPr>
          <w:rFonts w:asciiTheme="majorHAnsi" w:hAnsiTheme="majorHAnsi" w:cstheme="majorHAnsi"/>
        </w:rPr>
        <w:t xml:space="preserve"> </w:t>
      </w:r>
      <w:r w:rsidR="00E24BD7">
        <w:rPr>
          <w:rFonts w:asciiTheme="majorHAnsi" w:hAnsiTheme="majorHAnsi" w:cstheme="majorHAnsi"/>
        </w:rPr>
        <w:t>because</w:t>
      </w:r>
      <w:r>
        <w:rPr>
          <w:rFonts w:asciiTheme="majorHAnsi" w:hAnsiTheme="majorHAnsi" w:cstheme="majorHAnsi"/>
        </w:rPr>
        <w:t xml:space="preserve"> we work in</w:t>
      </w:r>
      <w:r w:rsidR="00E24BD7">
        <w:rPr>
          <w:rFonts w:asciiTheme="majorHAnsi" w:hAnsiTheme="majorHAnsi" w:cstheme="majorHAnsi"/>
        </w:rPr>
        <w:t xml:space="preserve"> healthcare</w:t>
      </w:r>
      <w:r>
        <w:rPr>
          <w:rFonts w:asciiTheme="majorHAnsi" w:hAnsiTheme="majorHAnsi" w:cstheme="majorHAnsi"/>
        </w:rPr>
        <w:t>. Health</w:t>
      </w:r>
      <w:r w:rsidR="00E24BD7">
        <w:rPr>
          <w:rFonts w:asciiTheme="majorHAnsi" w:hAnsiTheme="majorHAnsi" w:cstheme="majorHAnsi"/>
        </w:rPr>
        <w:t>-focused</w:t>
      </w:r>
      <w:r>
        <w:rPr>
          <w:rFonts w:asciiTheme="majorHAnsi" w:hAnsiTheme="majorHAnsi" w:cstheme="majorHAnsi"/>
        </w:rPr>
        <w:t xml:space="preserve"> communication requires empathy. Empathy </w:t>
      </w:r>
      <w:r w:rsidRPr="00F83CB7">
        <w:rPr>
          <w:rFonts w:asciiTheme="majorHAnsi" w:hAnsiTheme="majorHAnsi" w:cstheme="majorHAnsi"/>
        </w:rPr>
        <w:t xml:space="preserve">without real humanity </w:t>
      </w:r>
      <w:r w:rsidR="00F83CB7">
        <w:rPr>
          <w:rFonts w:asciiTheme="majorHAnsi" w:hAnsiTheme="majorHAnsi" w:cstheme="majorHAnsi"/>
        </w:rPr>
        <w:t xml:space="preserve">at its core </w:t>
      </w:r>
      <w:r w:rsidRPr="00F83CB7">
        <w:rPr>
          <w:rFonts w:asciiTheme="majorHAnsi" w:hAnsiTheme="majorHAnsi" w:cstheme="majorHAnsi"/>
        </w:rPr>
        <w:t xml:space="preserve">is </w:t>
      </w:r>
      <w:r w:rsidR="00F05F39">
        <w:rPr>
          <w:rFonts w:asciiTheme="majorHAnsi" w:hAnsiTheme="majorHAnsi" w:cstheme="majorHAnsi"/>
        </w:rPr>
        <w:t>empty</w:t>
      </w:r>
      <w:r w:rsidR="00F83CB7">
        <w:rPr>
          <w:rFonts w:asciiTheme="majorHAnsi" w:hAnsiTheme="majorHAnsi" w:cstheme="majorHAnsi"/>
        </w:rPr>
        <w:t xml:space="preserve"> and</w:t>
      </w:r>
      <w:r w:rsidR="00F05F39">
        <w:rPr>
          <w:rFonts w:asciiTheme="majorHAnsi" w:hAnsiTheme="majorHAnsi" w:cstheme="majorHAnsi"/>
        </w:rPr>
        <w:t xml:space="preserve"> dishonest.</w:t>
      </w:r>
    </w:p>
    <w:p w14:paraId="605FBF8C" w14:textId="59480468" w:rsidR="00156BF6" w:rsidRDefault="00F05F39" w:rsidP="00AC7389">
      <w:pPr>
        <w:pBdr>
          <w:top w:val="single" w:sz="4" w:space="1" w:color="auto"/>
          <w:left w:val="single" w:sz="4" w:space="4" w:color="auto"/>
          <w:bottom w:val="single" w:sz="4" w:space="1" w:color="auto"/>
          <w:right w:val="single" w:sz="4" w:space="4" w:color="auto"/>
        </w:pBdr>
        <w:jc w:val="center"/>
        <w:rPr>
          <w:rFonts w:asciiTheme="majorHAnsi" w:hAnsiTheme="majorHAnsi" w:cstheme="majorHAnsi"/>
        </w:rPr>
      </w:pPr>
      <w:r>
        <w:rPr>
          <w:rFonts w:asciiTheme="majorHAnsi" w:hAnsiTheme="majorHAnsi" w:cstheme="majorHAnsi"/>
        </w:rPr>
        <w:t xml:space="preserve">But AI has a place in our </w:t>
      </w:r>
      <w:r w:rsidR="00E651BC">
        <w:rPr>
          <w:rFonts w:asciiTheme="majorHAnsi" w:hAnsiTheme="majorHAnsi" w:cstheme="majorHAnsi"/>
        </w:rPr>
        <w:t>work</w:t>
      </w:r>
      <w:r>
        <w:rPr>
          <w:rFonts w:asciiTheme="majorHAnsi" w:hAnsiTheme="majorHAnsi" w:cstheme="majorHAnsi"/>
        </w:rPr>
        <w:t xml:space="preserve">, because </w:t>
      </w:r>
      <w:r w:rsidR="00E651BC">
        <w:rPr>
          <w:rFonts w:asciiTheme="majorHAnsi" w:hAnsiTheme="majorHAnsi" w:cstheme="majorHAnsi"/>
        </w:rPr>
        <w:t>GIG Health</w:t>
      </w:r>
      <w:r>
        <w:rPr>
          <w:rFonts w:asciiTheme="majorHAnsi" w:hAnsiTheme="majorHAnsi" w:cstheme="majorHAnsi"/>
        </w:rPr>
        <w:t xml:space="preserve"> ha</w:t>
      </w:r>
      <w:r w:rsidR="00E651BC">
        <w:rPr>
          <w:rFonts w:asciiTheme="majorHAnsi" w:hAnsiTheme="majorHAnsi" w:cstheme="majorHAnsi"/>
        </w:rPr>
        <w:t>s</w:t>
      </w:r>
      <w:r>
        <w:rPr>
          <w:rFonts w:asciiTheme="majorHAnsi" w:hAnsiTheme="majorHAnsi" w:cstheme="majorHAnsi"/>
        </w:rPr>
        <w:t xml:space="preserve"> always pledged to Make It Better. </w:t>
      </w:r>
      <w:r>
        <w:rPr>
          <w:rFonts w:asciiTheme="majorHAnsi" w:hAnsiTheme="majorHAnsi" w:cstheme="majorHAnsi"/>
        </w:rPr>
        <w:br/>
        <w:t xml:space="preserve">And AI is </w:t>
      </w:r>
      <w:r w:rsidR="00E24BD7">
        <w:rPr>
          <w:rFonts w:asciiTheme="majorHAnsi" w:hAnsiTheme="majorHAnsi" w:cstheme="majorHAnsi"/>
        </w:rPr>
        <w:t xml:space="preserve">much </w:t>
      </w:r>
      <w:r>
        <w:rPr>
          <w:rFonts w:asciiTheme="majorHAnsi" w:hAnsiTheme="majorHAnsi" w:cstheme="majorHAnsi"/>
        </w:rPr>
        <w:t>better at some things than the tools we’ve had before.</w:t>
      </w:r>
    </w:p>
    <w:p w14:paraId="4023088E" w14:textId="7BF034DC" w:rsidR="002420FE" w:rsidRDefault="00156BF6" w:rsidP="002420FE">
      <w:pPr>
        <w:pBdr>
          <w:top w:val="single" w:sz="4" w:space="1" w:color="auto"/>
          <w:left w:val="single" w:sz="4" w:space="4" w:color="auto"/>
          <w:bottom w:val="single" w:sz="4" w:space="1" w:color="auto"/>
          <w:right w:val="single" w:sz="4" w:space="4" w:color="auto"/>
        </w:pBdr>
        <w:jc w:val="center"/>
        <w:rPr>
          <w:rFonts w:asciiTheme="majorHAnsi" w:hAnsiTheme="majorHAnsi" w:cstheme="majorHAnsi"/>
        </w:rPr>
      </w:pPr>
      <w:proofErr w:type="gramStart"/>
      <w:r>
        <w:rPr>
          <w:rFonts w:asciiTheme="majorHAnsi" w:hAnsiTheme="majorHAnsi" w:cstheme="majorHAnsi"/>
        </w:rPr>
        <w:t>So</w:t>
      </w:r>
      <w:proofErr w:type="gramEnd"/>
      <w:r>
        <w:rPr>
          <w:rFonts w:asciiTheme="majorHAnsi" w:hAnsiTheme="majorHAnsi" w:cstheme="majorHAnsi"/>
        </w:rPr>
        <w:t xml:space="preserve"> w</w:t>
      </w:r>
      <w:r w:rsidR="00AC7389" w:rsidRPr="00AC7389">
        <w:rPr>
          <w:rFonts w:asciiTheme="majorHAnsi" w:hAnsiTheme="majorHAnsi" w:cstheme="majorHAnsi"/>
        </w:rPr>
        <w:t xml:space="preserve">e </w:t>
      </w:r>
      <w:r>
        <w:rPr>
          <w:rFonts w:asciiTheme="majorHAnsi" w:hAnsiTheme="majorHAnsi" w:cstheme="majorHAnsi"/>
        </w:rPr>
        <w:t xml:space="preserve">might </w:t>
      </w:r>
      <w:r w:rsidR="00AC7389" w:rsidRPr="00AC7389">
        <w:rPr>
          <w:rFonts w:asciiTheme="majorHAnsi" w:hAnsiTheme="majorHAnsi" w:cstheme="majorHAnsi"/>
        </w:rPr>
        <w:t xml:space="preserve">use AI </w:t>
      </w:r>
      <w:r>
        <w:rPr>
          <w:rFonts w:asciiTheme="majorHAnsi" w:hAnsiTheme="majorHAnsi" w:cstheme="majorHAnsi"/>
        </w:rPr>
        <w:t>if…</w:t>
      </w:r>
      <w:r w:rsidR="00AC7389" w:rsidRPr="00AC7389">
        <w:rPr>
          <w:rFonts w:asciiTheme="majorHAnsi" w:hAnsiTheme="majorHAnsi" w:cstheme="majorHAnsi"/>
        </w:rPr>
        <w:t xml:space="preserve"> </w:t>
      </w:r>
      <w:r>
        <w:rPr>
          <w:rFonts w:asciiTheme="majorHAnsi" w:hAnsiTheme="majorHAnsi" w:cstheme="majorHAnsi"/>
        </w:rPr>
        <w:br/>
      </w:r>
      <w:r w:rsidR="00AC7389" w:rsidRPr="00AC7389">
        <w:rPr>
          <w:rFonts w:asciiTheme="majorHAnsi" w:hAnsiTheme="majorHAnsi" w:cstheme="majorHAnsi"/>
        </w:rPr>
        <w:t xml:space="preserve">it </w:t>
      </w:r>
      <w:r>
        <w:rPr>
          <w:rFonts w:asciiTheme="majorHAnsi" w:hAnsiTheme="majorHAnsi" w:cstheme="majorHAnsi"/>
        </w:rPr>
        <w:t>can</w:t>
      </w:r>
      <w:r w:rsidR="00AC7389" w:rsidRPr="00AC7389">
        <w:rPr>
          <w:rFonts w:asciiTheme="majorHAnsi" w:hAnsiTheme="majorHAnsi" w:cstheme="majorHAnsi"/>
        </w:rPr>
        <w:t xml:space="preserve"> </w:t>
      </w:r>
      <w:r w:rsidR="00E24BD7">
        <w:rPr>
          <w:rFonts w:asciiTheme="majorHAnsi" w:hAnsiTheme="majorHAnsi" w:cstheme="majorHAnsi"/>
        </w:rPr>
        <w:t>broaden</w:t>
      </w:r>
      <w:r w:rsidR="00F05F39">
        <w:rPr>
          <w:rFonts w:asciiTheme="majorHAnsi" w:hAnsiTheme="majorHAnsi" w:cstheme="majorHAnsi"/>
        </w:rPr>
        <w:t xml:space="preserve"> or </w:t>
      </w:r>
      <w:r w:rsidR="00AC7389" w:rsidRPr="00AC7389">
        <w:rPr>
          <w:rFonts w:asciiTheme="majorHAnsi" w:hAnsiTheme="majorHAnsi" w:cstheme="majorHAnsi"/>
        </w:rPr>
        <w:t xml:space="preserve">strengthen </w:t>
      </w:r>
      <w:r w:rsidR="00AC7389" w:rsidRPr="00156BF6">
        <w:rPr>
          <w:rFonts w:asciiTheme="majorHAnsi" w:hAnsiTheme="majorHAnsi" w:cstheme="majorHAnsi"/>
        </w:rPr>
        <w:t>our</w:t>
      </w:r>
      <w:r>
        <w:rPr>
          <w:rFonts w:asciiTheme="majorHAnsi" w:hAnsiTheme="majorHAnsi" w:cstheme="majorHAnsi"/>
        </w:rPr>
        <w:t xml:space="preserve"> </w:t>
      </w:r>
      <w:r w:rsidR="00AC7389" w:rsidRPr="00AC7389">
        <w:rPr>
          <w:rFonts w:asciiTheme="majorHAnsi" w:hAnsiTheme="majorHAnsi" w:cstheme="majorHAnsi"/>
        </w:rPr>
        <w:t>research</w:t>
      </w:r>
      <w:r w:rsidR="00F05F39">
        <w:rPr>
          <w:rFonts w:asciiTheme="majorHAnsi" w:hAnsiTheme="majorHAnsi" w:cstheme="majorHAnsi"/>
        </w:rPr>
        <w:t xml:space="preserve">… </w:t>
      </w:r>
      <w:r w:rsidR="00F05F39" w:rsidRPr="00F05F39">
        <w:rPr>
          <w:rFonts w:asciiTheme="majorHAnsi" w:hAnsiTheme="majorHAnsi" w:cstheme="majorHAnsi"/>
          <w:i/>
          <w:iCs/>
        </w:rPr>
        <w:t>better</w:t>
      </w:r>
      <w:r w:rsidR="00F05F39">
        <w:rPr>
          <w:rFonts w:asciiTheme="majorHAnsi" w:hAnsiTheme="majorHAnsi" w:cstheme="majorHAnsi"/>
        </w:rPr>
        <w:t xml:space="preserve"> than scouring </w:t>
      </w:r>
      <w:proofErr w:type="spellStart"/>
      <w:r w:rsidR="00F05F39">
        <w:rPr>
          <w:rFonts w:asciiTheme="majorHAnsi" w:hAnsiTheme="majorHAnsi" w:cstheme="majorHAnsi"/>
        </w:rPr>
        <w:t>pubmed</w:t>
      </w:r>
      <w:proofErr w:type="spellEnd"/>
      <w:r w:rsidR="00F05F39">
        <w:rPr>
          <w:rFonts w:asciiTheme="majorHAnsi" w:hAnsiTheme="majorHAnsi" w:cstheme="majorHAnsi"/>
        </w:rPr>
        <w:t xml:space="preserve"> links.</w:t>
      </w:r>
      <w:r>
        <w:rPr>
          <w:rFonts w:asciiTheme="majorHAnsi" w:hAnsiTheme="majorHAnsi" w:cstheme="majorHAnsi"/>
        </w:rPr>
        <w:br/>
        <w:t xml:space="preserve">it </w:t>
      </w:r>
      <w:r w:rsidR="00F05F39">
        <w:rPr>
          <w:rFonts w:asciiTheme="majorHAnsi" w:hAnsiTheme="majorHAnsi" w:cstheme="majorHAnsi"/>
        </w:rPr>
        <w:t xml:space="preserve">can </w:t>
      </w:r>
      <w:r w:rsidR="00AC7389" w:rsidRPr="00AC7389">
        <w:rPr>
          <w:rFonts w:asciiTheme="majorHAnsi" w:hAnsiTheme="majorHAnsi" w:cstheme="majorHAnsi"/>
        </w:rPr>
        <w:t>help us explore</w:t>
      </w:r>
      <w:r w:rsidR="00AC7389" w:rsidRPr="00156BF6">
        <w:rPr>
          <w:rFonts w:asciiTheme="majorHAnsi" w:hAnsiTheme="majorHAnsi" w:cstheme="majorHAnsi"/>
        </w:rPr>
        <w:t xml:space="preserve"> </w:t>
      </w:r>
      <w:r w:rsidRPr="00156BF6">
        <w:rPr>
          <w:rFonts w:asciiTheme="majorHAnsi" w:hAnsiTheme="majorHAnsi" w:cstheme="majorHAnsi"/>
        </w:rPr>
        <w:t>our</w:t>
      </w:r>
      <w:r w:rsidRPr="00F83CB7">
        <w:rPr>
          <w:rFonts w:asciiTheme="majorHAnsi" w:hAnsiTheme="majorHAnsi" w:cstheme="majorHAnsi"/>
        </w:rPr>
        <w:t xml:space="preserve"> </w:t>
      </w:r>
      <w:r w:rsidR="00F83CB7" w:rsidRPr="00F83CB7">
        <w:rPr>
          <w:rFonts w:asciiTheme="majorHAnsi" w:hAnsiTheme="majorHAnsi" w:cstheme="majorHAnsi"/>
        </w:rPr>
        <w:t xml:space="preserve">own </w:t>
      </w:r>
      <w:r w:rsidR="00AC7389" w:rsidRPr="00AC7389">
        <w:rPr>
          <w:rFonts w:asciiTheme="majorHAnsi" w:hAnsiTheme="majorHAnsi" w:cstheme="majorHAnsi"/>
        </w:rPr>
        <w:t>ideas faster</w:t>
      </w:r>
      <w:r w:rsidR="00F05F39">
        <w:rPr>
          <w:rFonts w:asciiTheme="majorHAnsi" w:hAnsiTheme="majorHAnsi" w:cstheme="majorHAnsi"/>
        </w:rPr>
        <w:t xml:space="preserve">… </w:t>
      </w:r>
      <w:r w:rsidR="00F05F39" w:rsidRPr="00F05F39">
        <w:rPr>
          <w:rFonts w:asciiTheme="majorHAnsi" w:hAnsiTheme="majorHAnsi" w:cstheme="majorHAnsi"/>
          <w:i/>
          <w:iCs/>
        </w:rPr>
        <w:t>better</w:t>
      </w:r>
      <w:r w:rsidR="00F05F39">
        <w:rPr>
          <w:rFonts w:asciiTheme="majorHAnsi" w:hAnsiTheme="majorHAnsi" w:cstheme="majorHAnsi"/>
        </w:rPr>
        <w:t xml:space="preserve"> than wrestling with iStock.</w:t>
      </w:r>
      <w:r>
        <w:rPr>
          <w:rFonts w:asciiTheme="majorHAnsi" w:hAnsiTheme="majorHAnsi" w:cstheme="majorHAnsi"/>
        </w:rPr>
        <w:br/>
        <w:t xml:space="preserve">it can </w:t>
      </w:r>
      <w:r w:rsidR="00F05F39">
        <w:rPr>
          <w:rFonts w:asciiTheme="majorHAnsi" w:hAnsiTheme="majorHAnsi" w:cstheme="majorHAnsi"/>
        </w:rPr>
        <w:t>integrat</w:t>
      </w:r>
      <w:r w:rsidR="00E24BD7">
        <w:rPr>
          <w:rFonts w:asciiTheme="majorHAnsi" w:hAnsiTheme="majorHAnsi" w:cstheme="majorHAnsi"/>
        </w:rPr>
        <w:t>e and accelerate</w:t>
      </w:r>
      <w:r w:rsidR="00F05F39">
        <w:rPr>
          <w:rFonts w:asciiTheme="majorHAnsi" w:hAnsiTheme="majorHAnsi" w:cstheme="majorHAnsi"/>
        </w:rPr>
        <w:t xml:space="preserve"> </w:t>
      </w:r>
      <w:r w:rsidR="00E24BD7">
        <w:rPr>
          <w:rFonts w:asciiTheme="majorHAnsi" w:hAnsiTheme="majorHAnsi" w:cstheme="majorHAnsi"/>
        </w:rPr>
        <w:t>how we work</w:t>
      </w:r>
      <w:r w:rsidR="00F05F39">
        <w:rPr>
          <w:rFonts w:asciiTheme="majorHAnsi" w:hAnsiTheme="majorHAnsi" w:cstheme="majorHAnsi"/>
        </w:rPr>
        <w:t xml:space="preserve">… </w:t>
      </w:r>
      <w:r w:rsidR="00F05F39" w:rsidRPr="00F05F39">
        <w:rPr>
          <w:rFonts w:asciiTheme="majorHAnsi" w:hAnsiTheme="majorHAnsi" w:cstheme="majorHAnsi"/>
          <w:i/>
          <w:iCs/>
        </w:rPr>
        <w:t>better</w:t>
      </w:r>
      <w:r w:rsidR="00F05F39">
        <w:rPr>
          <w:rFonts w:asciiTheme="majorHAnsi" w:hAnsiTheme="majorHAnsi" w:cstheme="majorHAnsi"/>
        </w:rPr>
        <w:t xml:space="preserve"> than Monday.</w:t>
      </w:r>
    </w:p>
    <w:p w14:paraId="21388917" w14:textId="7CA7D85A" w:rsidR="002420FE" w:rsidRDefault="00E651BC" w:rsidP="00E651BC">
      <w:pPr>
        <w:pBdr>
          <w:top w:val="single" w:sz="4" w:space="1" w:color="auto"/>
          <w:left w:val="single" w:sz="4" w:space="4" w:color="auto"/>
          <w:bottom w:val="single" w:sz="4" w:space="1" w:color="auto"/>
          <w:right w:val="single" w:sz="4" w:space="4" w:color="auto"/>
        </w:pBdr>
        <w:jc w:val="center"/>
        <w:rPr>
          <w:rFonts w:asciiTheme="majorHAnsi" w:hAnsiTheme="majorHAnsi" w:cstheme="majorHAnsi"/>
        </w:rPr>
      </w:pPr>
      <w:r>
        <w:rPr>
          <w:rFonts w:asciiTheme="majorHAnsi" w:hAnsiTheme="majorHAnsi" w:cstheme="majorHAnsi"/>
        </w:rPr>
        <w:t xml:space="preserve">Using AI effectively means knowing when not to use it at all. </w:t>
      </w:r>
      <w:r>
        <w:rPr>
          <w:rFonts w:asciiTheme="majorHAnsi" w:hAnsiTheme="majorHAnsi" w:cstheme="majorHAnsi"/>
        </w:rPr>
        <w:br/>
        <w:t xml:space="preserve">We will never </w:t>
      </w:r>
      <w:r w:rsidR="00F83CB7">
        <w:rPr>
          <w:rFonts w:asciiTheme="majorHAnsi" w:hAnsiTheme="majorHAnsi" w:cstheme="majorHAnsi"/>
        </w:rPr>
        <w:t>AI-generate</w:t>
      </w:r>
      <w:r>
        <w:rPr>
          <w:rFonts w:asciiTheme="majorHAnsi" w:hAnsiTheme="majorHAnsi" w:cstheme="majorHAnsi"/>
        </w:rPr>
        <w:t xml:space="preserve"> a patient photo. </w:t>
      </w:r>
      <w:r w:rsidR="00F83CB7">
        <w:rPr>
          <w:rFonts w:asciiTheme="majorHAnsi" w:hAnsiTheme="majorHAnsi" w:cstheme="majorHAnsi"/>
        </w:rPr>
        <w:br/>
      </w:r>
      <w:r>
        <w:rPr>
          <w:rFonts w:asciiTheme="majorHAnsi" w:hAnsiTheme="majorHAnsi" w:cstheme="majorHAnsi"/>
        </w:rPr>
        <w:t xml:space="preserve">We will never scrape a script together </w:t>
      </w:r>
      <w:r w:rsidR="00884BEB">
        <w:rPr>
          <w:rFonts w:asciiTheme="majorHAnsi" w:hAnsiTheme="majorHAnsi" w:cstheme="majorHAnsi"/>
        </w:rPr>
        <w:t>from whatever an LLM’s been reading</w:t>
      </w:r>
      <w:r>
        <w:rPr>
          <w:rFonts w:asciiTheme="majorHAnsi" w:hAnsiTheme="majorHAnsi" w:cstheme="majorHAnsi"/>
        </w:rPr>
        <w:t>.</w:t>
      </w:r>
    </w:p>
    <w:p w14:paraId="00A9835A" w14:textId="45D03349" w:rsidR="00E651BC" w:rsidRDefault="00E651BC" w:rsidP="00667028">
      <w:pPr>
        <w:pBdr>
          <w:top w:val="single" w:sz="4" w:space="1" w:color="auto"/>
          <w:left w:val="single" w:sz="4" w:space="4" w:color="auto"/>
          <w:bottom w:val="single" w:sz="4" w:space="1" w:color="auto"/>
          <w:right w:val="single" w:sz="4" w:space="4" w:color="auto"/>
        </w:pBdr>
        <w:jc w:val="center"/>
        <w:rPr>
          <w:rFonts w:asciiTheme="majorHAnsi" w:hAnsiTheme="majorHAnsi" w:cstheme="majorHAnsi"/>
        </w:rPr>
      </w:pPr>
      <w:r>
        <w:rPr>
          <w:rFonts w:asciiTheme="majorHAnsi" w:hAnsiTheme="majorHAnsi" w:cstheme="majorHAnsi"/>
        </w:rPr>
        <w:t xml:space="preserve">But when AI can make us better without compromising our values or our craft, </w:t>
      </w:r>
      <w:r w:rsidR="00884BEB">
        <w:rPr>
          <w:rFonts w:asciiTheme="majorHAnsi" w:hAnsiTheme="majorHAnsi" w:cstheme="majorHAnsi"/>
        </w:rPr>
        <w:br/>
        <w:t xml:space="preserve">we are free </w:t>
      </w:r>
      <w:r w:rsidR="00F83CB7">
        <w:rPr>
          <w:rFonts w:asciiTheme="majorHAnsi" w:hAnsiTheme="majorHAnsi" w:cstheme="majorHAnsi"/>
        </w:rPr>
        <w:t xml:space="preserve">and encouraged </w:t>
      </w:r>
      <w:r w:rsidR="00884BEB">
        <w:rPr>
          <w:rFonts w:asciiTheme="majorHAnsi" w:hAnsiTheme="majorHAnsi" w:cstheme="majorHAnsi"/>
        </w:rPr>
        <w:t>to</w:t>
      </w:r>
      <w:r>
        <w:rPr>
          <w:rFonts w:asciiTheme="majorHAnsi" w:hAnsiTheme="majorHAnsi" w:cstheme="majorHAnsi"/>
        </w:rPr>
        <w:t xml:space="preserve"> </w:t>
      </w:r>
      <w:r w:rsidR="00F83CB7">
        <w:rPr>
          <w:rFonts w:asciiTheme="majorHAnsi" w:hAnsiTheme="majorHAnsi" w:cstheme="majorHAnsi"/>
        </w:rPr>
        <w:t>bring it on board</w:t>
      </w:r>
    </w:p>
    <w:p w14:paraId="4EC329A3" w14:textId="77777777" w:rsidR="00AC7389" w:rsidRDefault="00AC7389" w:rsidP="00A5393F">
      <w:pPr>
        <w:pBdr>
          <w:bottom w:val="single" w:sz="6" w:space="1" w:color="auto"/>
        </w:pBdr>
        <w:jc w:val="center"/>
        <w:rPr>
          <w:rFonts w:asciiTheme="majorHAnsi" w:hAnsiTheme="majorHAnsi" w:cstheme="majorHAnsi"/>
        </w:rPr>
      </w:pPr>
    </w:p>
    <w:p w14:paraId="30A0C5D0" w14:textId="77777777" w:rsidR="00CE18FF" w:rsidRDefault="00AC7389" w:rsidP="00AC7389">
      <w:pPr>
        <w:spacing w:after="0"/>
        <w:jc w:val="center"/>
        <w:rPr>
          <w:rFonts w:asciiTheme="majorHAnsi" w:hAnsiTheme="majorHAnsi" w:cstheme="majorHAnsi"/>
          <w:i/>
          <w:iCs/>
        </w:rPr>
      </w:pPr>
      <w:r w:rsidRPr="0095302C">
        <w:rPr>
          <w:rFonts w:asciiTheme="majorHAnsi" w:hAnsiTheme="majorHAnsi" w:cstheme="majorHAnsi"/>
          <w:i/>
          <w:iCs/>
        </w:rPr>
        <w:t>This is not a legal document</w:t>
      </w:r>
      <w:r w:rsidR="00CE18FF">
        <w:rPr>
          <w:rFonts w:asciiTheme="majorHAnsi" w:hAnsiTheme="majorHAnsi" w:cstheme="majorHAnsi"/>
          <w:i/>
          <w:iCs/>
        </w:rPr>
        <w:t xml:space="preserve"> or used for performance policing</w:t>
      </w:r>
      <w:r w:rsidRPr="0095302C">
        <w:rPr>
          <w:rFonts w:asciiTheme="majorHAnsi" w:hAnsiTheme="majorHAnsi" w:cstheme="majorHAnsi"/>
          <w:i/>
          <w:iCs/>
        </w:rPr>
        <w:t xml:space="preserve">. </w:t>
      </w:r>
    </w:p>
    <w:p w14:paraId="57B0D6FB" w14:textId="1BC00587" w:rsidR="00AC7389" w:rsidRDefault="00AC7389" w:rsidP="00AC7389">
      <w:pPr>
        <w:spacing w:after="0"/>
        <w:jc w:val="center"/>
        <w:rPr>
          <w:rFonts w:asciiTheme="majorHAnsi" w:hAnsiTheme="majorHAnsi" w:cstheme="majorHAnsi"/>
          <w:i/>
          <w:iCs/>
        </w:rPr>
      </w:pPr>
      <w:r w:rsidRPr="0095302C">
        <w:rPr>
          <w:rFonts w:asciiTheme="majorHAnsi" w:hAnsiTheme="majorHAnsi" w:cstheme="majorHAnsi"/>
          <w:i/>
          <w:iCs/>
        </w:rPr>
        <w:t xml:space="preserve">It is </w:t>
      </w:r>
      <w:r>
        <w:rPr>
          <w:rFonts w:asciiTheme="majorHAnsi" w:hAnsiTheme="majorHAnsi" w:cstheme="majorHAnsi"/>
          <w:i/>
          <w:iCs/>
        </w:rPr>
        <w:t xml:space="preserve">our </w:t>
      </w:r>
      <w:r w:rsidRPr="0095302C">
        <w:rPr>
          <w:rFonts w:asciiTheme="majorHAnsi" w:hAnsiTheme="majorHAnsi" w:cstheme="majorHAnsi"/>
          <w:i/>
          <w:iCs/>
        </w:rPr>
        <w:t>cultural commitment.</w:t>
      </w:r>
    </w:p>
    <w:p w14:paraId="2FB214A2" w14:textId="77777777" w:rsidR="00AB4A0F" w:rsidRDefault="00AB4A0F" w:rsidP="00AC7389">
      <w:pPr>
        <w:spacing w:after="0"/>
        <w:jc w:val="center"/>
        <w:rPr>
          <w:rFonts w:asciiTheme="majorHAnsi" w:hAnsiTheme="majorHAnsi" w:cstheme="majorHAnsi"/>
          <w:i/>
          <w:iCs/>
        </w:rPr>
      </w:pPr>
    </w:p>
    <w:p w14:paraId="363435FF" w14:textId="77777777" w:rsidR="00AC7389" w:rsidRDefault="00AC7389" w:rsidP="00AC7389">
      <w:pPr>
        <w:spacing w:after="0"/>
        <w:jc w:val="center"/>
        <w:rPr>
          <w:rFonts w:asciiTheme="majorHAnsi" w:hAnsiTheme="majorHAnsi" w:cstheme="majorHAnsi"/>
          <w:i/>
          <w:iCs/>
        </w:rPr>
      </w:pPr>
      <w:r w:rsidRPr="00AC7389">
        <w:rPr>
          <w:rFonts w:asciiTheme="majorHAnsi" w:hAnsiTheme="majorHAnsi" w:cstheme="majorHAnsi"/>
          <w:i/>
          <w:iCs/>
        </w:rPr>
        <w:t>It explains how we use AI in a way that protects our craft,</w:t>
      </w:r>
      <w:r>
        <w:rPr>
          <w:rFonts w:asciiTheme="majorHAnsi" w:hAnsiTheme="majorHAnsi" w:cstheme="majorHAnsi"/>
          <w:i/>
          <w:iCs/>
        </w:rPr>
        <w:t xml:space="preserve"> </w:t>
      </w:r>
    </w:p>
    <w:p w14:paraId="0C08572C" w14:textId="77777777" w:rsidR="00AC7389" w:rsidRDefault="00AC7389" w:rsidP="00AC7389">
      <w:pPr>
        <w:spacing w:after="0"/>
        <w:jc w:val="center"/>
        <w:rPr>
          <w:rFonts w:asciiTheme="majorHAnsi" w:hAnsiTheme="majorHAnsi" w:cstheme="majorHAnsi"/>
          <w:i/>
          <w:iCs/>
        </w:rPr>
      </w:pPr>
      <w:r>
        <w:rPr>
          <w:rFonts w:asciiTheme="majorHAnsi" w:hAnsiTheme="majorHAnsi" w:cstheme="majorHAnsi"/>
          <w:i/>
          <w:iCs/>
        </w:rPr>
        <w:t>and reflects the standards we care about.</w:t>
      </w:r>
    </w:p>
    <w:p w14:paraId="4AC77588" w14:textId="77777777" w:rsidR="00B86F41" w:rsidRDefault="00B86F41" w:rsidP="00CE18FF">
      <w:pPr>
        <w:spacing w:after="0"/>
        <w:rPr>
          <w:rFonts w:asciiTheme="majorHAnsi" w:hAnsiTheme="majorHAnsi" w:cstheme="majorHAnsi"/>
          <w:i/>
          <w:iCs/>
        </w:rPr>
      </w:pPr>
    </w:p>
    <w:p w14:paraId="3F77FBCE" w14:textId="13D9D27B" w:rsidR="00B86F41" w:rsidRDefault="00B86F41" w:rsidP="00AC7389">
      <w:pPr>
        <w:pBdr>
          <w:bottom w:val="single" w:sz="6" w:space="1" w:color="auto"/>
        </w:pBdr>
        <w:spacing w:after="0"/>
        <w:jc w:val="center"/>
        <w:rPr>
          <w:rFonts w:asciiTheme="majorHAnsi" w:hAnsiTheme="majorHAnsi" w:cstheme="majorHAnsi"/>
          <w:i/>
          <w:iCs/>
        </w:rPr>
      </w:pPr>
      <w:r>
        <w:rPr>
          <w:rFonts w:asciiTheme="majorHAnsi" w:hAnsiTheme="majorHAnsi" w:cstheme="majorHAnsi"/>
          <w:i/>
          <w:iCs/>
        </w:rPr>
        <w:t xml:space="preserve">This policy is reviewed </w:t>
      </w:r>
      <w:r w:rsidR="00393697">
        <w:rPr>
          <w:rFonts w:asciiTheme="majorHAnsi" w:hAnsiTheme="majorHAnsi" w:cstheme="majorHAnsi"/>
          <w:i/>
          <w:iCs/>
        </w:rPr>
        <w:t>four times a year and permanently open to comments / contributions</w:t>
      </w:r>
      <w:r>
        <w:rPr>
          <w:rFonts w:asciiTheme="majorHAnsi" w:hAnsiTheme="majorHAnsi" w:cstheme="majorHAnsi"/>
          <w:i/>
          <w:iCs/>
        </w:rPr>
        <w:t>.</w:t>
      </w:r>
    </w:p>
    <w:p w14:paraId="7F5297D2" w14:textId="77777777" w:rsidR="00E651BC" w:rsidRDefault="00E651BC" w:rsidP="00AC7389">
      <w:pPr>
        <w:pBdr>
          <w:bottom w:val="single" w:sz="6" w:space="1" w:color="auto"/>
        </w:pBdr>
        <w:spacing w:after="0"/>
        <w:jc w:val="center"/>
        <w:rPr>
          <w:rFonts w:asciiTheme="majorHAnsi" w:hAnsiTheme="majorHAnsi" w:cstheme="majorHAnsi"/>
          <w:i/>
          <w:iCs/>
        </w:rPr>
      </w:pPr>
    </w:p>
    <w:p w14:paraId="35BC9314" w14:textId="39B2A2FD" w:rsidR="00A5393F" w:rsidRPr="00BB2C88" w:rsidRDefault="00A5393F" w:rsidP="00A5393F">
      <w:pPr>
        <w:pStyle w:val="Heading1"/>
        <w:rPr>
          <w:rFonts w:cstheme="majorHAnsi"/>
        </w:rPr>
      </w:pPr>
      <w:r w:rsidRPr="00BB2C88">
        <w:rPr>
          <w:rFonts w:cstheme="majorHAnsi"/>
        </w:rPr>
        <w:lastRenderedPageBreak/>
        <w:t>0</w:t>
      </w:r>
      <w:r w:rsidR="00911E76">
        <w:rPr>
          <w:rFonts w:cstheme="majorHAnsi"/>
        </w:rPr>
        <w:t>1</w:t>
      </w:r>
      <w:r w:rsidRPr="00BB2C88">
        <w:rPr>
          <w:rFonts w:cstheme="majorHAnsi"/>
        </w:rPr>
        <w:t xml:space="preserve">. </w:t>
      </w:r>
      <w:r w:rsidR="00E61ABC">
        <w:rPr>
          <w:rFonts w:cstheme="majorHAnsi"/>
        </w:rPr>
        <w:t>WHERE WE STAND (AND WHERE</w:t>
      </w:r>
      <w:r w:rsidRPr="00BB2C88">
        <w:rPr>
          <w:rFonts w:cstheme="majorHAnsi"/>
        </w:rPr>
        <w:t xml:space="preserve"> AI</w:t>
      </w:r>
      <w:r w:rsidR="00E61ABC">
        <w:rPr>
          <w:rFonts w:cstheme="majorHAnsi"/>
        </w:rPr>
        <w:t xml:space="preserve"> STANDS)</w:t>
      </w:r>
      <w:r w:rsidRPr="00BB2C88">
        <w:rPr>
          <w:rFonts w:cstheme="majorHAnsi"/>
        </w:rPr>
        <w:t xml:space="preserve"> </w:t>
      </w:r>
    </w:p>
    <w:p w14:paraId="0F2DB764" w14:textId="7D737622" w:rsidR="00A80FE8" w:rsidRDefault="00A80FE8" w:rsidP="00A5393F">
      <w:pPr>
        <w:spacing w:line="360" w:lineRule="auto"/>
        <w:rPr>
          <w:rFonts w:asciiTheme="majorHAnsi" w:hAnsiTheme="majorHAnsi" w:cstheme="majorHAnsi"/>
          <w:b/>
          <w:bCs/>
        </w:rPr>
      </w:pPr>
      <w:r>
        <w:rPr>
          <w:rFonts w:asciiTheme="majorHAnsi" w:hAnsiTheme="majorHAnsi" w:cstheme="majorHAnsi"/>
          <w:b/>
          <w:bCs/>
        </w:rPr>
        <w:t>Setting the boundaries</w:t>
      </w:r>
    </w:p>
    <w:p w14:paraId="7D1298AF" w14:textId="649BA752" w:rsidR="00A5393F" w:rsidRPr="00933DF5" w:rsidRDefault="00B20E25" w:rsidP="00A5393F">
      <w:pPr>
        <w:spacing w:line="360" w:lineRule="auto"/>
        <w:rPr>
          <w:rFonts w:asciiTheme="majorHAnsi" w:hAnsiTheme="majorHAnsi" w:cstheme="majorHAnsi"/>
        </w:rPr>
      </w:pPr>
      <w:r w:rsidRPr="00933DF5">
        <w:rPr>
          <w:rFonts w:asciiTheme="majorHAnsi" w:hAnsiTheme="majorHAnsi" w:cstheme="majorHAnsi"/>
        </w:rPr>
        <w:t>Only we</w:t>
      </w:r>
      <w:r w:rsidR="00911E76">
        <w:rPr>
          <w:rFonts w:asciiTheme="majorHAnsi" w:hAnsiTheme="majorHAnsi" w:cstheme="majorHAnsi"/>
        </w:rPr>
        <w:t xml:space="preserve">, the </w:t>
      </w:r>
      <w:r w:rsidR="00A80FE8">
        <w:rPr>
          <w:rFonts w:asciiTheme="majorHAnsi" w:hAnsiTheme="majorHAnsi" w:cstheme="majorHAnsi"/>
        </w:rPr>
        <w:t>actual people of</w:t>
      </w:r>
      <w:r w:rsidR="00911E76">
        <w:rPr>
          <w:rFonts w:asciiTheme="majorHAnsi" w:hAnsiTheme="majorHAnsi" w:cstheme="majorHAnsi"/>
        </w:rPr>
        <w:t xml:space="preserve"> GIG</w:t>
      </w:r>
      <w:r w:rsidR="00A80FE8">
        <w:rPr>
          <w:rFonts w:asciiTheme="majorHAnsi" w:hAnsiTheme="majorHAnsi" w:cstheme="majorHAnsi"/>
        </w:rPr>
        <w:t xml:space="preserve"> Health</w:t>
      </w:r>
      <w:r w:rsidR="00911E76">
        <w:rPr>
          <w:rFonts w:asciiTheme="majorHAnsi" w:hAnsiTheme="majorHAnsi" w:cstheme="majorHAnsi"/>
        </w:rPr>
        <w:t>,</w:t>
      </w:r>
      <w:r w:rsidRPr="00933DF5">
        <w:rPr>
          <w:rFonts w:asciiTheme="majorHAnsi" w:hAnsiTheme="majorHAnsi" w:cstheme="majorHAnsi"/>
        </w:rPr>
        <w:t xml:space="preserve"> can </w:t>
      </w:r>
      <w:r w:rsidR="00911E76">
        <w:rPr>
          <w:rFonts w:asciiTheme="majorHAnsi" w:hAnsiTheme="majorHAnsi" w:cstheme="majorHAnsi"/>
        </w:rPr>
        <w:t xml:space="preserve">ever </w:t>
      </w:r>
      <w:r w:rsidRPr="00933DF5">
        <w:rPr>
          <w:rFonts w:asciiTheme="majorHAnsi" w:hAnsiTheme="majorHAnsi" w:cstheme="majorHAnsi"/>
        </w:rPr>
        <w:t>decide what will move the needle for our audience</w:t>
      </w:r>
      <w:r w:rsidR="00E61ABC">
        <w:rPr>
          <w:rFonts w:asciiTheme="majorHAnsi" w:hAnsiTheme="majorHAnsi" w:cstheme="majorHAnsi"/>
        </w:rPr>
        <w:t>s</w:t>
      </w:r>
      <w:r w:rsidRPr="00933DF5">
        <w:rPr>
          <w:rFonts w:asciiTheme="majorHAnsi" w:hAnsiTheme="majorHAnsi" w:cstheme="majorHAnsi"/>
        </w:rPr>
        <w:t>.</w:t>
      </w:r>
      <w:r w:rsidR="00911E76">
        <w:rPr>
          <w:rFonts w:asciiTheme="majorHAnsi" w:hAnsiTheme="majorHAnsi" w:cstheme="majorHAnsi"/>
        </w:rPr>
        <w:t xml:space="preserve"> We answer the brief, and then AI is one of the tools we have </w:t>
      </w:r>
      <w:r w:rsidR="00A80FE8">
        <w:rPr>
          <w:rFonts w:asciiTheme="majorHAnsi" w:hAnsiTheme="majorHAnsi" w:cstheme="majorHAnsi"/>
        </w:rPr>
        <w:t xml:space="preserve">at our disposal </w:t>
      </w:r>
      <w:r w:rsidR="00911E76">
        <w:rPr>
          <w:rFonts w:asciiTheme="majorHAnsi" w:hAnsiTheme="majorHAnsi" w:cstheme="majorHAnsi"/>
        </w:rPr>
        <w:t>to</w:t>
      </w:r>
      <w:r w:rsidR="00A80FE8">
        <w:rPr>
          <w:rFonts w:asciiTheme="majorHAnsi" w:hAnsiTheme="majorHAnsi" w:cstheme="majorHAnsi"/>
        </w:rPr>
        <w:t xml:space="preserve"> help us</w:t>
      </w:r>
      <w:r w:rsidR="00911E76">
        <w:rPr>
          <w:rFonts w:asciiTheme="majorHAnsi" w:hAnsiTheme="majorHAnsi" w:cstheme="majorHAnsi"/>
        </w:rPr>
        <w:t xml:space="preserve"> </w:t>
      </w:r>
      <w:r w:rsidR="00A80FE8">
        <w:rPr>
          <w:rFonts w:asciiTheme="majorHAnsi" w:hAnsiTheme="majorHAnsi" w:cstheme="majorHAnsi"/>
        </w:rPr>
        <w:t>deliver</w:t>
      </w:r>
      <w:r w:rsidR="00911E76">
        <w:rPr>
          <w:rFonts w:asciiTheme="majorHAnsi" w:hAnsiTheme="majorHAnsi" w:cstheme="majorHAnsi"/>
        </w:rPr>
        <w:t>.</w:t>
      </w:r>
    </w:p>
    <w:p w14:paraId="3356B5BE" w14:textId="428C1102" w:rsidR="00B956BC" w:rsidRPr="00E61ABC" w:rsidRDefault="00A5393F" w:rsidP="0029213A">
      <w:pPr>
        <w:spacing w:line="360" w:lineRule="auto"/>
        <w:rPr>
          <w:rFonts w:asciiTheme="majorHAnsi" w:hAnsiTheme="majorHAnsi" w:cstheme="majorHAnsi"/>
        </w:rPr>
      </w:pPr>
      <w:r w:rsidRPr="00933DF5">
        <w:rPr>
          <w:rFonts w:asciiTheme="majorHAnsi" w:hAnsiTheme="majorHAnsi" w:cstheme="majorHAnsi"/>
        </w:rPr>
        <w:t xml:space="preserve">When we use AI, we bring the expertise. We provide the context. We explain what matters and what does not. We define what </w:t>
      </w:r>
      <w:r w:rsidR="00930D6A">
        <w:rPr>
          <w:rFonts w:asciiTheme="majorHAnsi" w:hAnsiTheme="majorHAnsi" w:cstheme="majorHAnsi"/>
        </w:rPr>
        <w:t>‘</w:t>
      </w:r>
      <w:r w:rsidRPr="00933DF5">
        <w:rPr>
          <w:rFonts w:asciiTheme="majorHAnsi" w:hAnsiTheme="majorHAnsi" w:cstheme="majorHAnsi"/>
        </w:rPr>
        <w:t>good</w:t>
      </w:r>
      <w:r w:rsidR="00930D6A">
        <w:rPr>
          <w:rFonts w:asciiTheme="majorHAnsi" w:hAnsiTheme="majorHAnsi" w:cstheme="majorHAnsi"/>
        </w:rPr>
        <w:t>’</w:t>
      </w:r>
      <w:r w:rsidRPr="00933DF5">
        <w:rPr>
          <w:rFonts w:asciiTheme="majorHAnsi" w:hAnsiTheme="majorHAnsi" w:cstheme="majorHAnsi"/>
        </w:rPr>
        <w:t xml:space="preserve"> looks like. We set clear boundaries.</w:t>
      </w:r>
      <w:r w:rsidR="00B20E25">
        <w:rPr>
          <w:rFonts w:asciiTheme="majorHAnsi" w:hAnsiTheme="majorHAnsi" w:cstheme="majorHAnsi"/>
        </w:rPr>
        <w:t xml:space="preserve"> </w:t>
      </w:r>
      <w:r w:rsidRPr="00933DF5">
        <w:rPr>
          <w:rFonts w:asciiTheme="majorHAnsi" w:hAnsiTheme="majorHAnsi" w:cstheme="majorHAnsi"/>
        </w:rPr>
        <w:t>If the output is not strong enough, we brief better. We give clearer direction. We inject our thinking</w:t>
      </w:r>
      <w:r w:rsidR="00B20E25">
        <w:rPr>
          <w:rFonts w:asciiTheme="majorHAnsi" w:hAnsiTheme="majorHAnsi" w:cstheme="majorHAnsi"/>
        </w:rPr>
        <w:t xml:space="preserve"> and experience</w:t>
      </w:r>
      <w:r w:rsidRPr="00933DF5">
        <w:rPr>
          <w:rFonts w:asciiTheme="majorHAnsi" w:hAnsiTheme="majorHAnsi" w:cstheme="majorHAnsi"/>
        </w:rPr>
        <w:t xml:space="preserve"> into the process.</w:t>
      </w:r>
    </w:p>
    <w:p w14:paraId="045AA020" w14:textId="77777777" w:rsidR="00E61ABC" w:rsidRPr="00E61ABC" w:rsidRDefault="006701FD" w:rsidP="00E61ABC">
      <w:pPr>
        <w:spacing w:line="360" w:lineRule="auto"/>
        <w:rPr>
          <w:rFonts w:ascii="Calibri" w:hAnsi="Calibri" w:cs="Calibri"/>
        </w:rPr>
      </w:pPr>
      <w:r>
        <w:rPr>
          <w:rFonts w:asciiTheme="majorHAnsi" w:hAnsiTheme="majorHAnsi" w:cstheme="majorHAnsi"/>
          <w:b/>
          <w:bCs/>
        </w:rPr>
        <w:t xml:space="preserve">FLUENCY REDUCES </w:t>
      </w:r>
      <w:r w:rsidR="0029213A">
        <w:rPr>
          <w:rFonts w:asciiTheme="majorHAnsi" w:hAnsiTheme="majorHAnsi" w:cstheme="majorHAnsi"/>
          <w:b/>
          <w:bCs/>
        </w:rPr>
        <w:t>UNCERTAINTY</w:t>
      </w:r>
      <w:r w:rsidR="0029213A">
        <w:rPr>
          <w:rFonts w:asciiTheme="majorHAnsi" w:hAnsiTheme="majorHAnsi" w:cstheme="majorHAnsi"/>
          <w:b/>
          <w:bCs/>
        </w:rPr>
        <w:br/>
      </w:r>
      <w:r w:rsidR="00B956BC" w:rsidRPr="00E61ABC">
        <w:rPr>
          <w:rFonts w:ascii="Calibri" w:hAnsi="Calibri" w:cs="Calibri"/>
        </w:rPr>
        <w:t>Whether or not we choose to use AI, we cannot ignore it</w:t>
      </w:r>
      <w:r w:rsidR="00A5393F" w:rsidRPr="00E61ABC">
        <w:rPr>
          <w:rFonts w:ascii="Calibri" w:hAnsi="Calibri" w:cs="Calibri"/>
        </w:rPr>
        <w:t>.</w:t>
      </w:r>
    </w:p>
    <w:p w14:paraId="20F7E88F" w14:textId="77777777" w:rsidR="00A80FE8" w:rsidRPr="00E61ABC" w:rsidRDefault="00A80FE8" w:rsidP="00A80FE8">
      <w:pPr>
        <w:spacing w:line="360" w:lineRule="auto"/>
        <w:rPr>
          <w:rFonts w:ascii="Calibri" w:hAnsi="Calibri" w:cs="Calibri"/>
        </w:rPr>
      </w:pPr>
      <w:r w:rsidRPr="00E61ABC">
        <w:rPr>
          <w:rFonts w:ascii="Calibri" w:hAnsi="Calibri" w:cs="Calibri"/>
        </w:rPr>
        <w:t xml:space="preserve">Avoiding AI entirely would limit our ability to explore, compete and innovate responsibly. Understanding how these tools work gives us </w:t>
      </w:r>
      <w:r>
        <w:rPr>
          <w:rFonts w:ascii="Calibri" w:hAnsi="Calibri" w:cs="Calibri"/>
        </w:rPr>
        <w:t>control</w:t>
      </w:r>
      <w:r w:rsidRPr="00E61ABC">
        <w:rPr>
          <w:rFonts w:ascii="Calibri" w:hAnsi="Calibri" w:cs="Calibri"/>
        </w:rPr>
        <w:t>. It allows us to make informed choices about when they help and when they do not.</w:t>
      </w:r>
    </w:p>
    <w:p w14:paraId="6F45B399" w14:textId="77777777" w:rsidR="00E61ABC" w:rsidRPr="00E61ABC" w:rsidRDefault="00E61ABC" w:rsidP="00E61ABC">
      <w:pPr>
        <w:spacing w:line="360" w:lineRule="auto"/>
        <w:rPr>
          <w:rFonts w:ascii="Calibri" w:hAnsi="Calibri" w:cs="Calibri"/>
        </w:rPr>
      </w:pPr>
      <w:r w:rsidRPr="00E61ABC">
        <w:rPr>
          <w:rFonts w:ascii="Calibri" w:hAnsi="Calibri" w:cs="Calibri"/>
        </w:rPr>
        <w:t>If AI moves everyone up the capability ladder a few rungs, it’s on us to make sure we’re making use of that advantage, not just letting others catch us up.</w:t>
      </w:r>
    </w:p>
    <w:p w14:paraId="161D872E" w14:textId="1007D762" w:rsidR="00EE4217" w:rsidRPr="00E61ABC" w:rsidRDefault="00A5393F" w:rsidP="00E61ABC">
      <w:pPr>
        <w:spacing w:line="360" w:lineRule="auto"/>
        <w:rPr>
          <w:rFonts w:ascii="Calibri" w:hAnsi="Calibri" w:cs="Calibri"/>
          <w:b/>
          <w:bCs/>
        </w:rPr>
      </w:pPr>
      <w:r w:rsidRPr="00E61ABC">
        <w:rPr>
          <w:rFonts w:ascii="Calibri" w:hAnsi="Calibri" w:cs="Calibri"/>
        </w:rPr>
        <w:t>Experimentation is encouraged. Not because we feel pressure to use AI, but because only through testing can we see where it genuinely strengthens our work</w:t>
      </w:r>
      <w:r w:rsidR="00930D6A">
        <w:rPr>
          <w:rFonts w:ascii="Calibri" w:hAnsi="Calibri" w:cs="Calibri"/>
        </w:rPr>
        <w:t xml:space="preserve"> and where it does not</w:t>
      </w:r>
      <w:r w:rsidRPr="00E61ABC">
        <w:rPr>
          <w:rFonts w:ascii="Calibri" w:hAnsi="Calibri" w:cs="Calibri"/>
        </w:rPr>
        <w:t>.</w:t>
      </w:r>
      <w:r w:rsidR="006701FD" w:rsidRPr="00E61ABC">
        <w:rPr>
          <w:rFonts w:ascii="Calibri" w:hAnsi="Calibri" w:cs="Calibri"/>
        </w:rPr>
        <w:t xml:space="preserve"> </w:t>
      </w:r>
      <w:r w:rsidR="00911E76" w:rsidRPr="00E61ABC">
        <w:rPr>
          <w:rFonts w:ascii="Calibri" w:hAnsi="Calibri" w:cs="Calibri"/>
        </w:rPr>
        <w:t xml:space="preserve">This is a work in progress, for all of us. We must continue to develop and share our </w:t>
      </w:r>
      <w:r w:rsidRPr="00E61ABC">
        <w:rPr>
          <w:rFonts w:ascii="Calibri" w:hAnsi="Calibri" w:cs="Calibri"/>
        </w:rPr>
        <w:t xml:space="preserve">understanding </w:t>
      </w:r>
      <w:r w:rsidR="00911E76" w:rsidRPr="00E61ABC">
        <w:rPr>
          <w:rFonts w:ascii="Calibri" w:hAnsi="Calibri" w:cs="Calibri"/>
        </w:rPr>
        <w:t xml:space="preserve">of what AI can and can’t do, should and shouldn’t touch, </w:t>
      </w:r>
      <w:r w:rsidRPr="00E61ABC">
        <w:rPr>
          <w:rFonts w:ascii="Calibri" w:hAnsi="Calibri" w:cs="Calibri"/>
        </w:rPr>
        <w:t>so that our decisions remain deliberate</w:t>
      </w:r>
      <w:r w:rsidR="00911E76" w:rsidRPr="00E61ABC">
        <w:rPr>
          <w:rFonts w:ascii="Calibri" w:hAnsi="Calibri" w:cs="Calibri"/>
        </w:rPr>
        <w:t xml:space="preserve">, reliable and competitive. </w:t>
      </w:r>
    </w:p>
    <w:p w14:paraId="68CAE352" w14:textId="77777777" w:rsidR="00401D5C" w:rsidRDefault="00401D5C">
      <w:pPr>
        <w:rPr>
          <w:rFonts w:asciiTheme="majorHAnsi" w:eastAsiaTheme="majorEastAsia" w:hAnsiTheme="majorHAnsi" w:cstheme="majorHAnsi"/>
          <w:b/>
          <w:bCs/>
          <w:color w:val="365F91" w:themeColor="accent1" w:themeShade="BF"/>
          <w:sz w:val="28"/>
          <w:szCs w:val="28"/>
        </w:rPr>
      </w:pPr>
      <w:r>
        <w:rPr>
          <w:rFonts w:cstheme="majorHAnsi"/>
        </w:rPr>
        <w:br w:type="page"/>
      </w:r>
    </w:p>
    <w:p w14:paraId="68D4883D" w14:textId="08CE2E17" w:rsidR="00911E76" w:rsidRDefault="00A5393F" w:rsidP="00911E76">
      <w:pPr>
        <w:pStyle w:val="Heading1"/>
        <w:rPr>
          <w:rFonts w:cstheme="majorHAnsi"/>
        </w:rPr>
      </w:pPr>
      <w:r w:rsidRPr="00BB2C88">
        <w:rPr>
          <w:rFonts w:cstheme="majorHAnsi"/>
        </w:rPr>
        <w:lastRenderedPageBreak/>
        <w:t>0</w:t>
      </w:r>
      <w:r w:rsidR="00911E76">
        <w:rPr>
          <w:rFonts w:cstheme="majorHAnsi"/>
        </w:rPr>
        <w:t>2</w:t>
      </w:r>
      <w:r w:rsidRPr="00BB2C88">
        <w:rPr>
          <w:rFonts w:cstheme="majorHAnsi"/>
        </w:rPr>
        <w:t>. WHERE AI ADDS VALUE</w:t>
      </w:r>
    </w:p>
    <w:p w14:paraId="2452AA76" w14:textId="6A564743" w:rsidR="00911E76" w:rsidRPr="00A80FE8" w:rsidRDefault="00A80FE8" w:rsidP="00A5393F">
      <w:pPr>
        <w:rPr>
          <w:rFonts w:ascii="Calibri" w:hAnsi="Calibri" w:cs="Calibri"/>
          <w:b/>
          <w:bCs/>
        </w:rPr>
      </w:pPr>
      <w:r w:rsidRPr="00A80FE8">
        <w:rPr>
          <w:rFonts w:ascii="Calibri" w:hAnsi="Calibri" w:cs="Calibri"/>
          <w:b/>
          <w:bCs/>
        </w:rPr>
        <w:t>More than just pictures</w:t>
      </w:r>
    </w:p>
    <w:p w14:paraId="067CE21E" w14:textId="00C4C2E3" w:rsidR="00A5393F" w:rsidRDefault="00A5393F" w:rsidP="00A5393F">
      <w:pPr>
        <w:rPr>
          <w:rFonts w:asciiTheme="majorHAnsi" w:hAnsiTheme="majorHAnsi" w:cstheme="majorHAnsi"/>
        </w:rPr>
      </w:pPr>
      <w:r w:rsidRPr="00BB2C88">
        <w:rPr>
          <w:rFonts w:asciiTheme="majorHAnsi" w:hAnsiTheme="majorHAnsi" w:cstheme="majorHAnsi"/>
        </w:rPr>
        <w:t>We use AI where it strengthens and speeds up our work. Not where it replaces our thinking.</w:t>
      </w:r>
      <w:r w:rsidR="00786B5B">
        <w:rPr>
          <w:rFonts w:asciiTheme="majorHAnsi" w:hAnsiTheme="majorHAnsi" w:cstheme="majorHAnsi"/>
        </w:rPr>
        <w:t xml:space="preserve"> </w:t>
      </w:r>
      <w:r w:rsidR="00911E76">
        <w:rPr>
          <w:rFonts w:asciiTheme="majorHAnsi" w:hAnsiTheme="majorHAnsi" w:cstheme="majorHAnsi"/>
        </w:rPr>
        <w:t xml:space="preserve">By nature, LLM AI can only re-package what’s already out there </w:t>
      </w:r>
      <w:r w:rsidR="00E84230">
        <w:rPr>
          <w:rFonts w:asciiTheme="majorHAnsi" w:hAnsiTheme="majorHAnsi" w:cstheme="majorHAnsi"/>
        </w:rPr>
        <w:t>(</w:t>
      </w:r>
      <w:r w:rsidR="00911E76">
        <w:rPr>
          <w:rFonts w:asciiTheme="majorHAnsi" w:hAnsiTheme="majorHAnsi" w:cstheme="majorHAnsi"/>
        </w:rPr>
        <w:t>in its training data</w:t>
      </w:r>
      <w:r w:rsidR="00E84230">
        <w:rPr>
          <w:rFonts w:asciiTheme="majorHAnsi" w:hAnsiTheme="majorHAnsi" w:cstheme="majorHAnsi"/>
        </w:rPr>
        <w:t>) or the context that we choose to provide it</w:t>
      </w:r>
      <w:r w:rsidR="00911E76">
        <w:rPr>
          <w:rFonts w:asciiTheme="majorHAnsi" w:hAnsiTheme="majorHAnsi" w:cstheme="majorHAnsi"/>
        </w:rPr>
        <w:t xml:space="preserve">. It cannot </w:t>
      </w:r>
      <w:r w:rsidR="00E84230">
        <w:rPr>
          <w:rFonts w:asciiTheme="majorHAnsi" w:hAnsiTheme="majorHAnsi" w:cstheme="majorHAnsi"/>
        </w:rPr>
        <w:t xml:space="preserve">natively </w:t>
      </w:r>
      <w:r w:rsidR="00911E76">
        <w:rPr>
          <w:rFonts w:asciiTheme="majorHAnsi" w:hAnsiTheme="majorHAnsi" w:cstheme="majorHAnsi"/>
        </w:rPr>
        <w:t xml:space="preserve">create anything </w:t>
      </w:r>
      <w:r w:rsidR="00E84230">
        <w:rPr>
          <w:rFonts w:asciiTheme="majorHAnsi" w:hAnsiTheme="majorHAnsi" w:cstheme="majorHAnsi"/>
        </w:rPr>
        <w:t>‘</w:t>
      </w:r>
      <w:r w:rsidR="00911E76">
        <w:rPr>
          <w:rFonts w:asciiTheme="majorHAnsi" w:hAnsiTheme="majorHAnsi" w:cstheme="majorHAnsi"/>
        </w:rPr>
        <w:t>new</w:t>
      </w:r>
      <w:r w:rsidR="00E84230">
        <w:rPr>
          <w:rFonts w:asciiTheme="majorHAnsi" w:hAnsiTheme="majorHAnsi" w:cstheme="majorHAnsi"/>
        </w:rPr>
        <w:t xml:space="preserve">’ </w:t>
      </w:r>
      <w:r w:rsidR="003D6639" w:rsidRPr="003D6639">
        <w:rPr>
          <w:rFonts w:asciiTheme="majorHAnsi" w:hAnsiTheme="majorHAnsi" w:cstheme="majorHAnsi"/>
        </w:rPr>
        <w:t>unless we feed that new idea into it</w:t>
      </w:r>
      <w:r w:rsidR="00911E76">
        <w:rPr>
          <w:rFonts w:asciiTheme="majorHAnsi" w:hAnsiTheme="majorHAnsi" w:cstheme="majorHAnsi"/>
        </w:rPr>
        <w:t xml:space="preserve">. </w:t>
      </w:r>
      <w:r w:rsidR="00E84230">
        <w:rPr>
          <w:rFonts w:asciiTheme="majorHAnsi" w:hAnsiTheme="majorHAnsi" w:cstheme="majorHAnsi"/>
        </w:rPr>
        <w:t>Therefore, c</w:t>
      </w:r>
      <w:r w:rsidR="00E84230" w:rsidRPr="00786B5B">
        <w:rPr>
          <w:rFonts w:asciiTheme="majorHAnsi" w:hAnsiTheme="majorHAnsi" w:cstheme="majorHAnsi"/>
        </w:rPr>
        <w:t xml:space="preserve">reative </w:t>
      </w:r>
      <w:r w:rsidR="00786B5B" w:rsidRPr="00786B5B">
        <w:rPr>
          <w:rFonts w:asciiTheme="majorHAnsi" w:hAnsiTheme="majorHAnsi" w:cstheme="majorHAnsi"/>
        </w:rPr>
        <w:t>direction</w:t>
      </w:r>
      <w:r w:rsidR="00911E76">
        <w:rPr>
          <w:rFonts w:asciiTheme="majorHAnsi" w:hAnsiTheme="majorHAnsi" w:cstheme="majorHAnsi"/>
        </w:rPr>
        <w:t xml:space="preserve"> at GIG</w:t>
      </w:r>
      <w:r w:rsidR="00786B5B" w:rsidRPr="00786B5B">
        <w:rPr>
          <w:rFonts w:asciiTheme="majorHAnsi" w:hAnsiTheme="majorHAnsi" w:cstheme="majorHAnsi"/>
        </w:rPr>
        <w:t xml:space="preserve"> always sits with a human.</w:t>
      </w:r>
    </w:p>
    <w:p w14:paraId="3463F555" w14:textId="19881421" w:rsidR="00B4580F" w:rsidRPr="00911E76" w:rsidRDefault="00EE4217" w:rsidP="00A5393F">
      <w:pPr>
        <w:rPr>
          <w:rFonts w:asciiTheme="majorHAnsi" w:hAnsiTheme="majorHAnsi" w:cstheme="majorHAnsi"/>
        </w:rPr>
      </w:pPr>
      <w:r w:rsidRPr="00EE4217">
        <w:rPr>
          <w:rFonts w:asciiTheme="majorHAnsi" w:hAnsiTheme="majorHAnsi" w:cstheme="majorHAnsi"/>
        </w:rPr>
        <w:t xml:space="preserve">At GIG, AI is </w:t>
      </w:r>
      <w:r w:rsidR="00911E76">
        <w:rPr>
          <w:rFonts w:asciiTheme="majorHAnsi" w:hAnsiTheme="majorHAnsi" w:cstheme="majorHAnsi"/>
        </w:rPr>
        <w:t xml:space="preserve">currently </w:t>
      </w:r>
      <w:r w:rsidR="008F3E8F">
        <w:rPr>
          <w:rFonts w:asciiTheme="majorHAnsi" w:hAnsiTheme="majorHAnsi" w:cstheme="majorHAnsi"/>
        </w:rPr>
        <w:t>already being</w:t>
      </w:r>
      <w:r w:rsidRPr="00EE4217">
        <w:rPr>
          <w:rFonts w:asciiTheme="majorHAnsi" w:hAnsiTheme="majorHAnsi" w:cstheme="majorHAnsi"/>
        </w:rPr>
        <w:t xml:space="preserve"> use</w:t>
      </w:r>
      <w:r w:rsidR="008F3E8F">
        <w:rPr>
          <w:rFonts w:asciiTheme="majorHAnsi" w:hAnsiTheme="majorHAnsi" w:cstheme="majorHAnsi"/>
        </w:rPr>
        <w:t>d</w:t>
      </w:r>
      <w:r w:rsidRPr="00EE4217">
        <w:rPr>
          <w:rFonts w:asciiTheme="majorHAnsi" w:hAnsiTheme="majorHAnsi" w:cstheme="majorHAnsi"/>
        </w:rPr>
        <w:t xml:space="preserve"> in three areas.</w:t>
      </w:r>
    </w:p>
    <w:p w14:paraId="026148F7" w14:textId="3938542F" w:rsidR="005D4A15" w:rsidRPr="00EE4217" w:rsidRDefault="008F3E8F" w:rsidP="005D4A15">
      <w:pPr>
        <w:rPr>
          <w:rFonts w:asciiTheme="majorHAnsi" w:hAnsiTheme="majorHAnsi" w:cstheme="majorHAnsi"/>
          <w:b/>
          <w:bCs/>
        </w:rPr>
      </w:pPr>
      <w:r>
        <w:rPr>
          <w:rFonts w:asciiTheme="majorHAnsi" w:hAnsiTheme="majorHAnsi" w:cstheme="majorHAnsi"/>
          <w:b/>
          <w:bCs/>
        </w:rPr>
        <w:t xml:space="preserve">1. </w:t>
      </w:r>
      <w:r w:rsidR="005D4A15" w:rsidRPr="00EE4217">
        <w:rPr>
          <w:rFonts w:asciiTheme="majorHAnsi" w:hAnsiTheme="majorHAnsi" w:cstheme="majorHAnsi"/>
          <w:b/>
          <w:bCs/>
        </w:rPr>
        <w:t xml:space="preserve">EXPLORATION &amp; </w:t>
      </w:r>
      <w:r w:rsidR="00B956BC">
        <w:rPr>
          <w:rFonts w:asciiTheme="majorHAnsi" w:hAnsiTheme="majorHAnsi" w:cstheme="majorHAnsi"/>
          <w:b/>
          <w:bCs/>
        </w:rPr>
        <w:t>CONCEPT</w:t>
      </w:r>
      <w:r w:rsidR="005D4A15" w:rsidRPr="00EE4217">
        <w:rPr>
          <w:rFonts w:asciiTheme="majorHAnsi" w:hAnsiTheme="majorHAnsi" w:cstheme="majorHAnsi"/>
          <w:b/>
          <w:bCs/>
        </w:rPr>
        <w:t xml:space="preserve"> DEVELOPMENT</w:t>
      </w:r>
    </w:p>
    <w:p w14:paraId="6938CCC6" w14:textId="6878EBA1" w:rsidR="005D4A15" w:rsidRPr="00EE4217" w:rsidRDefault="005D4A15" w:rsidP="005D4A15">
      <w:pPr>
        <w:rPr>
          <w:rFonts w:asciiTheme="majorHAnsi" w:hAnsiTheme="majorHAnsi" w:cstheme="majorHAnsi"/>
        </w:rPr>
      </w:pPr>
      <w:r w:rsidRPr="00EE4217">
        <w:rPr>
          <w:rFonts w:asciiTheme="majorHAnsi" w:hAnsiTheme="majorHAnsi" w:cstheme="majorHAnsi"/>
        </w:rPr>
        <w:t xml:space="preserve">AI can help us explore visual routes, test character ideas, </w:t>
      </w:r>
      <w:r w:rsidR="00477FA7">
        <w:rPr>
          <w:rFonts w:asciiTheme="majorHAnsi" w:hAnsiTheme="majorHAnsi" w:cstheme="majorHAnsi"/>
        </w:rPr>
        <w:t>experiment with</w:t>
      </w:r>
      <w:r w:rsidR="00477FA7" w:rsidRPr="00EE4217">
        <w:rPr>
          <w:rFonts w:asciiTheme="majorHAnsi" w:hAnsiTheme="majorHAnsi" w:cstheme="majorHAnsi"/>
        </w:rPr>
        <w:t xml:space="preserve"> </w:t>
      </w:r>
      <w:proofErr w:type="spellStart"/>
      <w:r w:rsidRPr="00EE4217">
        <w:rPr>
          <w:rFonts w:asciiTheme="majorHAnsi" w:hAnsiTheme="majorHAnsi" w:cstheme="majorHAnsi"/>
        </w:rPr>
        <w:t>moodboard</w:t>
      </w:r>
      <w:proofErr w:type="spellEnd"/>
      <w:r w:rsidRPr="00EE4217">
        <w:rPr>
          <w:rFonts w:asciiTheme="majorHAnsi" w:hAnsiTheme="majorHAnsi" w:cstheme="majorHAnsi"/>
        </w:rPr>
        <w:t xml:space="preserve"> direction and </w:t>
      </w:r>
      <w:r w:rsidR="00477FA7">
        <w:rPr>
          <w:rFonts w:asciiTheme="majorHAnsi" w:hAnsiTheme="majorHAnsi" w:cstheme="majorHAnsi"/>
        </w:rPr>
        <w:t>style combinations</w:t>
      </w:r>
      <w:r w:rsidRPr="00EE4217">
        <w:rPr>
          <w:rFonts w:asciiTheme="majorHAnsi" w:hAnsiTheme="majorHAnsi" w:cstheme="majorHAnsi"/>
        </w:rPr>
        <w:t xml:space="preserve">, </w:t>
      </w:r>
      <w:r w:rsidR="00477FA7">
        <w:rPr>
          <w:rFonts w:asciiTheme="majorHAnsi" w:hAnsiTheme="majorHAnsi" w:cstheme="majorHAnsi"/>
        </w:rPr>
        <w:t xml:space="preserve">pre-visualize live-action scenes for </w:t>
      </w:r>
      <w:r w:rsidRPr="00EE4217">
        <w:rPr>
          <w:rFonts w:asciiTheme="majorHAnsi" w:hAnsiTheme="majorHAnsi" w:cstheme="majorHAnsi"/>
        </w:rPr>
        <w:t>shoot planning</w:t>
      </w:r>
      <w:r w:rsidR="00477FA7">
        <w:rPr>
          <w:rFonts w:asciiTheme="majorHAnsi" w:hAnsiTheme="majorHAnsi" w:cstheme="majorHAnsi"/>
        </w:rPr>
        <w:t>/storyboarding</w:t>
      </w:r>
      <w:r w:rsidRPr="00EE4217">
        <w:rPr>
          <w:rFonts w:asciiTheme="majorHAnsi" w:hAnsiTheme="majorHAnsi" w:cstheme="majorHAnsi"/>
        </w:rPr>
        <w:t>.</w:t>
      </w:r>
    </w:p>
    <w:p w14:paraId="4314A5BE" w14:textId="01F46851" w:rsidR="005D4A15" w:rsidRDefault="005D4A15" w:rsidP="005D4A15">
      <w:pPr>
        <w:rPr>
          <w:rFonts w:asciiTheme="majorHAnsi" w:hAnsiTheme="majorHAnsi" w:cstheme="majorHAnsi"/>
        </w:rPr>
      </w:pPr>
      <w:r w:rsidRPr="00EE4217">
        <w:rPr>
          <w:rFonts w:asciiTheme="majorHAnsi" w:hAnsiTheme="majorHAnsi" w:cstheme="majorHAnsi"/>
        </w:rPr>
        <w:t xml:space="preserve">It helps bring </w:t>
      </w:r>
      <w:r>
        <w:rPr>
          <w:rFonts w:asciiTheme="majorHAnsi" w:hAnsiTheme="majorHAnsi" w:cstheme="majorHAnsi"/>
        </w:rPr>
        <w:t>visual</w:t>
      </w:r>
      <w:r w:rsidRPr="00EE4217">
        <w:rPr>
          <w:rFonts w:asciiTheme="majorHAnsi" w:hAnsiTheme="majorHAnsi" w:cstheme="majorHAnsi"/>
        </w:rPr>
        <w:t xml:space="preserve"> concepts to life earlier in the process</w:t>
      </w:r>
      <w:r>
        <w:rPr>
          <w:rFonts w:asciiTheme="majorHAnsi" w:hAnsiTheme="majorHAnsi" w:cstheme="majorHAnsi"/>
        </w:rPr>
        <w:t xml:space="preserve">. It can transform our capabilities under deadline, for example during pitches, by </w:t>
      </w:r>
      <w:r w:rsidRPr="00EE4217">
        <w:rPr>
          <w:rFonts w:asciiTheme="majorHAnsi" w:hAnsiTheme="majorHAnsi" w:cstheme="majorHAnsi"/>
        </w:rPr>
        <w:t>allow</w:t>
      </w:r>
      <w:r>
        <w:rPr>
          <w:rFonts w:asciiTheme="majorHAnsi" w:hAnsiTheme="majorHAnsi" w:cstheme="majorHAnsi"/>
        </w:rPr>
        <w:t>ing</w:t>
      </w:r>
      <w:r w:rsidRPr="00EE4217">
        <w:rPr>
          <w:rFonts w:asciiTheme="majorHAnsi" w:hAnsiTheme="majorHAnsi" w:cstheme="majorHAnsi"/>
        </w:rPr>
        <w:t xml:space="preserve"> us to explore more possibilities, faster.</w:t>
      </w:r>
    </w:p>
    <w:p w14:paraId="0A274464" w14:textId="29201EBB" w:rsidR="005D4A15" w:rsidRPr="00EE4217" w:rsidRDefault="005D4A15" w:rsidP="005D4A15">
      <w:pPr>
        <w:rPr>
          <w:rFonts w:asciiTheme="majorHAnsi" w:hAnsiTheme="majorHAnsi" w:cstheme="majorHAnsi"/>
        </w:rPr>
      </w:pPr>
      <w:r w:rsidRPr="00EE4217">
        <w:rPr>
          <w:rFonts w:asciiTheme="majorHAnsi" w:hAnsiTheme="majorHAnsi" w:cstheme="majorHAnsi"/>
        </w:rPr>
        <w:t>What it does not do is understand emotional resonance, behavioral nuance or strategic depth. It cannot decide which concept will truly move the needle.</w:t>
      </w:r>
    </w:p>
    <w:p w14:paraId="1F77660E" w14:textId="017EC8DA" w:rsidR="005D4A15" w:rsidRDefault="005D4A15" w:rsidP="004201EA">
      <w:pPr>
        <w:spacing w:after="0" w:line="240" w:lineRule="auto"/>
        <w:rPr>
          <w:rFonts w:asciiTheme="majorHAnsi" w:hAnsiTheme="majorHAnsi" w:cstheme="majorHAnsi"/>
        </w:rPr>
      </w:pPr>
      <w:r w:rsidRPr="00477FA7">
        <w:rPr>
          <w:rFonts w:asciiTheme="majorHAnsi" w:hAnsiTheme="majorHAnsi" w:cstheme="majorHAnsi"/>
        </w:rPr>
        <w:t>AI can offer options. We decide what is right.</w:t>
      </w:r>
    </w:p>
    <w:p w14:paraId="5872EA14" w14:textId="77777777" w:rsidR="004201EA" w:rsidRDefault="004201EA" w:rsidP="003D6639">
      <w:pPr>
        <w:spacing w:after="0" w:line="240" w:lineRule="auto"/>
        <w:rPr>
          <w:rFonts w:asciiTheme="majorHAnsi" w:hAnsiTheme="majorHAnsi" w:cstheme="majorHAnsi"/>
        </w:rPr>
      </w:pPr>
    </w:p>
    <w:p w14:paraId="6930D47E" w14:textId="625D410B" w:rsidR="00B243B1" w:rsidRDefault="005D4A15" w:rsidP="005D4A15">
      <w:pPr>
        <w:rPr>
          <w:rFonts w:asciiTheme="majorHAnsi" w:hAnsiTheme="majorHAnsi" w:cstheme="majorHAnsi"/>
          <w:i/>
          <w:iCs/>
          <w:color w:val="7030A0"/>
        </w:rPr>
      </w:pPr>
      <w:r w:rsidRPr="005D4A15">
        <w:rPr>
          <w:rFonts w:asciiTheme="majorHAnsi" w:hAnsiTheme="majorHAnsi" w:cstheme="majorHAnsi"/>
          <w:i/>
          <w:iCs/>
          <w:color w:val="7030A0"/>
        </w:rPr>
        <w:t>CASE IN POINT: In a recent pitch to market a medical device (12 lead ECG) the client was unable to even provide us with asset photos</w:t>
      </w:r>
      <w:r w:rsidR="00551C40">
        <w:rPr>
          <w:rFonts w:asciiTheme="majorHAnsi" w:hAnsiTheme="majorHAnsi" w:cstheme="majorHAnsi"/>
          <w:i/>
          <w:iCs/>
          <w:color w:val="7030A0"/>
        </w:rPr>
        <w:t xml:space="preserve"> or 3D models</w:t>
      </w:r>
      <w:r w:rsidRPr="005D4A15">
        <w:rPr>
          <w:rFonts w:asciiTheme="majorHAnsi" w:hAnsiTheme="majorHAnsi" w:cstheme="majorHAnsi"/>
          <w:i/>
          <w:iCs/>
          <w:color w:val="7030A0"/>
        </w:rPr>
        <w:t xml:space="preserve">. Using </w:t>
      </w:r>
      <w:proofErr w:type="gramStart"/>
      <w:r w:rsidRPr="005D4A15">
        <w:rPr>
          <w:rFonts w:asciiTheme="majorHAnsi" w:hAnsiTheme="majorHAnsi" w:cstheme="majorHAnsi"/>
          <w:i/>
          <w:iCs/>
          <w:color w:val="7030A0"/>
        </w:rPr>
        <w:t>AI</w:t>
      </w:r>
      <w:proofErr w:type="gramEnd"/>
      <w:r w:rsidRPr="005D4A15">
        <w:rPr>
          <w:rFonts w:asciiTheme="majorHAnsi" w:hAnsiTheme="majorHAnsi" w:cstheme="majorHAnsi"/>
          <w:i/>
          <w:iCs/>
          <w:color w:val="7030A0"/>
        </w:rPr>
        <w:t xml:space="preserve"> we created the assets needed to present a full campaign concept… but the</w:t>
      </w:r>
      <w:r w:rsidR="00551C40">
        <w:rPr>
          <w:rFonts w:asciiTheme="majorHAnsi" w:hAnsiTheme="majorHAnsi" w:cstheme="majorHAnsi"/>
          <w:i/>
          <w:iCs/>
          <w:color w:val="7030A0"/>
        </w:rPr>
        <w:t xml:space="preserve"> idea/concept, layout, art direction and</w:t>
      </w:r>
      <w:r w:rsidRPr="005D4A15">
        <w:rPr>
          <w:rFonts w:asciiTheme="majorHAnsi" w:hAnsiTheme="majorHAnsi" w:cstheme="majorHAnsi"/>
          <w:i/>
          <w:iCs/>
          <w:color w:val="7030A0"/>
        </w:rPr>
        <w:t xml:space="preserve"> “finish” of them, from the creative effects to the copy, remained human.</w:t>
      </w:r>
    </w:p>
    <w:p w14:paraId="34633B2F" w14:textId="019DDE60" w:rsidR="00B243B1" w:rsidRPr="00B243B1" w:rsidRDefault="00B243B1" w:rsidP="005D4A15">
      <w:pPr>
        <w:rPr>
          <w:rFonts w:asciiTheme="majorHAnsi" w:hAnsiTheme="majorHAnsi" w:cstheme="majorHAnsi"/>
          <w:i/>
          <w:iCs/>
          <w:color w:val="948A54" w:themeColor="background2" w:themeShade="80"/>
        </w:rPr>
      </w:pPr>
      <w:r w:rsidRPr="00B243B1">
        <w:rPr>
          <w:rFonts w:asciiTheme="majorHAnsi" w:hAnsiTheme="majorHAnsi" w:cstheme="majorHAnsi"/>
          <w:i/>
          <w:iCs/>
          <w:color w:val="948A54" w:themeColor="background2" w:themeShade="80"/>
        </w:rPr>
        <w:t xml:space="preserve">GOLD STANDARD: The best-case scenario for a concept presentation could include some concepts that were generated with AI support, and others that were sketched by hand. Showing our clients flex and breadth in this way will </w:t>
      </w:r>
      <w:proofErr w:type="spellStart"/>
      <w:r w:rsidRPr="00B243B1">
        <w:rPr>
          <w:rFonts w:asciiTheme="majorHAnsi" w:hAnsiTheme="majorHAnsi" w:cstheme="majorHAnsi"/>
          <w:i/>
          <w:iCs/>
          <w:color w:val="948A54" w:themeColor="background2" w:themeShade="80"/>
        </w:rPr>
        <w:t>maximise</w:t>
      </w:r>
      <w:proofErr w:type="spellEnd"/>
      <w:r w:rsidRPr="00B243B1">
        <w:rPr>
          <w:rFonts w:asciiTheme="majorHAnsi" w:hAnsiTheme="majorHAnsi" w:cstheme="majorHAnsi"/>
          <w:i/>
          <w:iCs/>
          <w:color w:val="948A54" w:themeColor="background2" w:themeShade="80"/>
        </w:rPr>
        <w:t xml:space="preserve"> our chances of hitting a bull’s eye.</w:t>
      </w:r>
    </w:p>
    <w:p w14:paraId="7FFB56DC" w14:textId="2D6C7B89" w:rsidR="00A5393F" w:rsidRPr="0095302C" w:rsidRDefault="008F3E8F" w:rsidP="00A5393F">
      <w:pPr>
        <w:rPr>
          <w:rFonts w:asciiTheme="majorHAnsi" w:hAnsiTheme="majorHAnsi" w:cstheme="majorHAnsi"/>
          <w:b/>
          <w:bCs/>
        </w:rPr>
      </w:pPr>
      <w:r>
        <w:rPr>
          <w:rFonts w:asciiTheme="majorHAnsi" w:hAnsiTheme="majorHAnsi" w:cstheme="majorHAnsi"/>
          <w:b/>
          <w:bCs/>
        </w:rPr>
        <w:t xml:space="preserve">2. </w:t>
      </w:r>
      <w:r w:rsidR="00A5393F" w:rsidRPr="0095302C">
        <w:rPr>
          <w:rFonts w:asciiTheme="majorHAnsi" w:hAnsiTheme="majorHAnsi" w:cstheme="majorHAnsi"/>
          <w:b/>
          <w:bCs/>
        </w:rPr>
        <w:t>RESEARCH &amp; STRUCTUR</w:t>
      </w:r>
      <w:r w:rsidR="00911E76">
        <w:rPr>
          <w:rFonts w:asciiTheme="majorHAnsi" w:hAnsiTheme="majorHAnsi" w:cstheme="majorHAnsi"/>
          <w:b/>
          <w:bCs/>
        </w:rPr>
        <w:t>ED</w:t>
      </w:r>
      <w:r w:rsidR="00A5393F" w:rsidRPr="0095302C">
        <w:rPr>
          <w:rFonts w:asciiTheme="majorHAnsi" w:hAnsiTheme="majorHAnsi" w:cstheme="majorHAnsi"/>
          <w:b/>
          <w:bCs/>
        </w:rPr>
        <w:t xml:space="preserve"> THINKING</w:t>
      </w:r>
    </w:p>
    <w:p w14:paraId="4A5FC22C" w14:textId="5ACFC99C" w:rsidR="00EE4217" w:rsidRPr="00EE4217" w:rsidRDefault="00EE4217" w:rsidP="00EE4217">
      <w:pPr>
        <w:rPr>
          <w:rFonts w:asciiTheme="majorHAnsi" w:hAnsiTheme="majorHAnsi" w:cstheme="majorHAnsi"/>
        </w:rPr>
      </w:pPr>
      <w:r w:rsidRPr="00EE4217">
        <w:rPr>
          <w:rFonts w:asciiTheme="majorHAnsi" w:hAnsiTheme="majorHAnsi" w:cstheme="majorHAnsi"/>
        </w:rPr>
        <w:t xml:space="preserve">AI can help us organize research, summarize large volumes of information and </w:t>
      </w:r>
      <w:r w:rsidR="00911E76">
        <w:rPr>
          <w:rFonts w:asciiTheme="majorHAnsi" w:hAnsiTheme="majorHAnsi" w:cstheme="majorHAnsi"/>
        </w:rPr>
        <w:t xml:space="preserve">spot patterns in the bigger picture that </w:t>
      </w:r>
      <w:r w:rsidRPr="00EE4217">
        <w:rPr>
          <w:rFonts w:asciiTheme="majorHAnsi" w:hAnsiTheme="majorHAnsi" w:cstheme="majorHAnsi"/>
        </w:rPr>
        <w:t>we may not have considered. It strengthens the foundation and broadens the lens.</w:t>
      </w:r>
    </w:p>
    <w:p w14:paraId="56A8E8FA" w14:textId="77777777" w:rsidR="00EE4217" w:rsidRPr="00EE4217" w:rsidRDefault="00EE4217" w:rsidP="00EE4217">
      <w:pPr>
        <w:rPr>
          <w:rFonts w:asciiTheme="majorHAnsi" w:hAnsiTheme="majorHAnsi" w:cstheme="majorHAnsi"/>
        </w:rPr>
      </w:pPr>
      <w:r w:rsidRPr="00EE4217">
        <w:rPr>
          <w:rFonts w:asciiTheme="majorHAnsi" w:hAnsiTheme="majorHAnsi" w:cstheme="majorHAnsi"/>
        </w:rPr>
        <w:t>It can support early-stage research, identify patterns across discussions and help structure complex material into something workable.</w:t>
      </w:r>
    </w:p>
    <w:p w14:paraId="4989C4B2" w14:textId="77777777" w:rsidR="00EE4217" w:rsidRDefault="00EE4217" w:rsidP="00EE4217">
      <w:pPr>
        <w:rPr>
          <w:rFonts w:asciiTheme="majorHAnsi" w:hAnsiTheme="majorHAnsi" w:cstheme="majorHAnsi"/>
        </w:rPr>
      </w:pPr>
      <w:r w:rsidRPr="00EE4217">
        <w:rPr>
          <w:rFonts w:asciiTheme="majorHAnsi" w:hAnsiTheme="majorHAnsi" w:cstheme="majorHAnsi"/>
        </w:rPr>
        <w:t>What it does not do is decide what truly matters. It does not understand the nuance of a patient journey, the pressures in primary care or the commercial context of a brand. That judgement remains human.</w:t>
      </w:r>
    </w:p>
    <w:p w14:paraId="7534F6DC" w14:textId="691570DB" w:rsidR="008C1B21" w:rsidRDefault="00EE4217" w:rsidP="00EE4217">
      <w:pPr>
        <w:rPr>
          <w:rFonts w:asciiTheme="majorHAnsi" w:hAnsiTheme="majorHAnsi" w:cstheme="majorHAnsi"/>
        </w:rPr>
      </w:pPr>
      <w:r w:rsidRPr="00EE4217">
        <w:rPr>
          <w:rFonts w:asciiTheme="majorHAnsi" w:hAnsiTheme="majorHAnsi" w:cstheme="majorHAnsi"/>
        </w:rPr>
        <w:t>AI can support research.</w:t>
      </w:r>
      <w:r>
        <w:rPr>
          <w:rFonts w:asciiTheme="majorHAnsi" w:hAnsiTheme="majorHAnsi" w:cstheme="majorHAnsi"/>
        </w:rPr>
        <w:t xml:space="preserve"> </w:t>
      </w:r>
      <w:r w:rsidRPr="00EE4217">
        <w:rPr>
          <w:rFonts w:asciiTheme="majorHAnsi" w:hAnsiTheme="majorHAnsi" w:cstheme="majorHAnsi"/>
        </w:rPr>
        <w:t>We interpret it.</w:t>
      </w:r>
    </w:p>
    <w:p w14:paraId="40A2A10B" w14:textId="5F129FF9" w:rsidR="008F3E8F" w:rsidRDefault="005D4A15" w:rsidP="008F3E8F">
      <w:pPr>
        <w:rPr>
          <w:rFonts w:asciiTheme="majorHAnsi" w:hAnsiTheme="majorHAnsi" w:cstheme="majorHAnsi"/>
          <w:i/>
          <w:iCs/>
          <w:color w:val="7030A0"/>
        </w:rPr>
      </w:pPr>
      <w:r w:rsidRPr="005D4A15">
        <w:rPr>
          <w:rFonts w:asciiTheme="majorHAnsi" w:hAnsiTheme="majorHAnsi" w:cstheme="majorHAnsi"/>
          <w:i/>
          <w:iCs/>
          <w:color w:val="7030A0"/>
        </w:rPr>
        <w:lastRenderedPageBreak/>
        <w:t xml:space="preserve">CASE IN POINT: </w:t>
      </w:r>
      <w:r w:rsidR="00393697">
        <w:rPr>
          <w:rFonts w:asciiTheme="majorHAnsi" w:hAnsiTheme="majorHAnsi" w:cstheme="majorHAnsi"/>
          <w:i/>
          <w:iCs/>
          <w:color w:val="7030A0"/>
        </w:rPr>
        <w:t xml:space="preserve">We have developed a research tool that, with a few simple inputs, conducts desktop research in minutes that would previously have taken hours or even days. The tool ensures all data are </w:t>
      </w:r>
      <w:proofErr w:type="gramStart"/>
      <w:r w:rsidR="00393697">
        <w:rPr>
          <w:rFonts w:asciiTheme="majorHAnsi" w:hAnsiTheme="majorHAnsi" w:cstheme="majorHAnsi"/>
          <w:i/>
          <w:iCs/>
          <w:color w:val="7030A0"/>
        </w:rPr>
        <w:t>referenced, and</w:t>
      </w:r>
      <w:proofErr w:type="gramEnd"/>
      <w:r w:rsidR="00393697">
        <w:rPr>
          <w:rFonts w:asciiTheme="majorHAnsi" w:hAnsiTheme="majorHAnsi" w:cstheme="majorHAnsi"/>
          <w:i/>
          <w:iCs/>
          <w:color w:val="7030A0"/>
        </w:rPr>
        <w:t xml:space="preserve"> turns GIG from a company that has no dedicated researchers into a company where everyone can research.</w:t>
      </w:r>
    </w:p>
    <w:p w14:paraId="46F39274" w14:textId="725168BC" w:rsidR="002D5EBC" w:rsidRPr="002D5EBC" w:rsidRDefault="002D5EBC" w:rsidP="008F3E8F">
      <w:pPr>
        <w:rPr>
          <w:rFonts w:asciiTheme="majorHAnsi" w:hAnsiTheme="majorHAnsi" w:cstheme="majorHAnsi"/>
          <w:i/>
          <w:iCs/>
          <w:color w:val="948A54" w:themeColor="background2" w:themeShade="80"/>
        </w:rPr>
      </w:pPr>
      <w:r w:rsidRPr="00B243B1">
        <w:rPr>
          <w:rFonts w:asciiTheme="majorHAnsi" w:hAnsiTheme="majorHAnsi" w:cstheme="majorHAnsi"/>
          <w:i/>
          <w:iCs/>
          <w:color w:val="948A54" w:themeColor="background2" w:themeShade="80"/>
        </w:rPr>
        <w:t xml:space="preserve">GOLD STANDARD: </w:t>
      </w:r>
      <w:r>
        <w:rPr>
          <w:rFonts w:asciiTheme="majorHAnsi" w:hAnsiTheme="majorHAnsi" w:cstheme="majorHAnsi"/>
          <w:i/>
          <w:iCs/>
          <w:color w:val="948A54" w:themeColor="background2" w:themeShade="80"/>
        </w:rPr>
        <w:t xml:space="preserve">In an ideal scenario, we’ll use AI to accelerate the analysis of a research brief and present the findings </w:t>
      </w:r>
      <w:r w:rsidRPr="002D5EBC">
        <w:rPr>
          <w:rFonts w:asciiTheme="majorHAnsi" w:hAnsiTheme="majorHAnsi" w:cstheme="majorHAnsi"/>
          <w:b/>
          <w:bCs/>
          <w:i/>
          <w:iCs/>
          <w:color w:val="948A54" w:themeColor="background2" w:themeShade="80"/>
        </w:rPr>
        <w:t>to us</w:t>
      </w:r>
      <w:r>
        <w:rPr>
          <w:rFonts w:asciiTheme="majorHAnsi" w:hAnsiTheme="majorHAnsi" w:cstheme="majorHAnsi"/>
          <w:i/>
          <w:iCs/>
          <w:color w:val="948A54" w:themeColor="background2" w:themeShade="80"/>
        </w:rPr>
        <w:t xml:space="preserve">. But we will then </w:t>
      </w:r>
      <w:proofErr w:type="spellStart"/>
      <w:r>
        <w:rPr>
          <w:rFonts w:asciiTheme="majorHAnsi" w:hAnsiTheme="majorHAnsi" w:cstheme="majorHAnsi"/>
          <w:i/>
          <w:iCs/>
          <w:color w:val="948A54" w:themeColor="background2" w:themeShade="80"/>
        </w:rPr>
        <w:t>analyse</w:t>
      </w:r>
      <w:proofErr w:type="spellEnd"/>
      <w:r>
        <w:rPr>
          <w:rFonts w:asciiTheme="majorHAnsi" w:hAnsiTheme="majorHAnsi" w:cstheme="majorHAnsi"/>
          <w:i/>
          <w:iCs/>
          <w:color w:val="948A54" w:themeColor="background2" w:themeShade="80"/>
        </w:rPr>
        <w:t xml:space="preserve"> what matters most from it against the wider </w:t>
      </w:r>
      <w:proofErr w:type="gramStart"/>
      <w:r>
        <w:rPr>
          <w:rFonts w:asciiTheme="majorHAnsi" w:hAnsiTheme="majorHAnsi" w:cstheme="majorHAnsi"/>
          <w:i/>
          <w:iCs/>
          <w:color w:val="948A54" w:themeColor="background2" w:themeShade="80"/>
        </w:rPr>
        <w:t>context, and</w:t>
      </w:r>
      <w:proofErr w:type="gramEnd"/>
      <w:r>
        <w:rPr>
          <w:rFonts w:asciiTheme="majorHAnsi" w:hAnsiTheme="majorHAnsi" w:cstheme="majorHAnsi"/>
          <w:i/>
          <w:iCs/>
          <w:color w:val="948A54" w:themeColor="background2" w:themeShade="80"/>
        </w:rPr>
        <w:t xml:space="preserve"> write the strategic analysis and recommendations </w:t>
      </w:r>
      <w:r w:rsidRPr="002D5EBC">
        <w:rPr>
          <w:rFonts w:asciiTheme="majorHAnsi" w:hAnsiTheme="majorHAnsi" w:cstheme="majorHAnsi"/>
          <w:b/>
          <w:bCs/>
          <w:i/>
          <w:iCs/>
          <w:color w:val="948A54" w:themeColor="background2" w:themeShade="80"/>
        </w:rPr>
        <w:t xml:space="preserve">to clients </w:t>
      </w:r>
      <w:r>
        <w:rPr>
          <w:rFonts w:asciiTheme="majorHAnsi" w:hAnsiTheme="majorHAnsi" w:cstheme="majorHAnsi"/>
          <w:i/>
          <w:iCs/>
          <w:color w:val="948A54" w:themeColor="background2" w:themeShade="80"/>
        </w:rPr>
        <w:t>for ourselves.</w:t>
      </w:r>
    </w:p>
    <w:p w14:paraId="02B1A285" w14:textId="6CE66F9A" w:rsidR="00A5393F" w:rsidRPr="008F3E8F" w:rsidRDefault="008F3E8F" w:rsidP="008F3E8F">
      <w:pPr>
        <w:rPr>
          <w:rFonts w:asciiTheme="majorHAnsi" w:hAnsiTheme="majorHAnsi" w:cstheme="majorHAnsi"/>
          <w:i/>
          <w:iCs/>
          <w:color w:val="7030A0"/>
        </w:rPr>
      </w:pPr>
      <w:r>
        <w:rPr>
          <w:rFonts w:asciiTheme="majorHAnsi" w:hAnsiTheme="majorHAnsi" w:cstheme="majorHAnsi"/>
          <w:b/>
          <w:bCs/>
        </w:rPr>
        <w:t xml:space="preserve">3. </w:t>
      </w:r>
      <w:r w:rsidR="00A5393F" w:rsidRPr="00EE4217">
        <w:rPr>
          <w:rFonts w:asciiTheme="majorHAnsi" w:hAnsiTheme="majorHAnsi" w:cstheme="majorHAnsi"/>
          <w:b/>
          <w:bCs/>
        </w:rPr>
        <w:t>WORKFLOW ACCELERATION &amp; CAPABILITY SUPPORT</w:t>
      </w:r>
    </w:p>
    <w:p w14:paraId="33AA2D81" w14:textId="1EC23F05" w:rsidR="00EE4217" w:rsidRDefault="00EE4217" w:rsidP="00EE4217">
      <w:pPr>
        <w:rPr>
          <w:rFonts w:asciiTheme="majorHAnsi" w:hAnsiTheme="majorHAnsi" w:cstheme="majorHAnsi"/>
        </w:rPr>
      </w:pPr>
      <w:r w:rsidRPr="00EE4217">
        <w:rPr>
          <w:rFonts w:asciiTheme="majorHAnsi" w:hAnsiTheme="majorHAnsi" w:cstheme="majorHAnsi"/>
        </w:rPr>
        <w:t xml:space="preserve">AI can also support areas where time, budget or capacity might otherwise slow us down. </w:t>
      </w:r>
      <w:r>
        <w:rPr>
          <w:rFonts w:asciiTheme="majorHAnsi" w:hAnsiTheme="majorHAnsi" w:cstheme="majorHAnsi"/>
        </w:rPr>
        <w:t xml:space="preserve">Boring or repetitive tasks. </w:t>
      </w:r>
      <w:r w:rsidRPr="00EE4217">
        <w:rPr>
          <w:rFonts w:asciiTheme="majorHAnsi" w:hAnsiTheme="majorHAnsi" w:cstheme="majorHAnsi"/>
        </w:rPr>
        <w:t xml:space="preserve">Structuring notes. Formatting documents. </w:t>
      </w:r>
      <w:r w:rsidR="00165F02">
        <w:rPr>
          <w:rFonts w:asciiTheme="majorHAnsi" w:hAnsiTheme="majorHAnsi" w:cstheme="majorHAnsi"/>
        </w:rPr>
        <w:t xml:space="preserve">Generating code. </w:t>
      </w:r>
      <w:r w:rsidRPr="00EE4217">
        <w:rPr>
          <w:rFonts w:asciiTheme="majorHAnsi" w:hAnsiTheme="majorHAnsi" w:cstheme="majorHAnsi"/>
        </w:rPr>
        <w:t>Transcribing conversations.</w:t>
      </w:r>
      <w:r>
        <w:rPr>
          <w:rFonts w:asciiTheme="majorHAnsi" w:hAnsiTheme="majorHAnsi" w:cstheme="majorHAnsi"/>
        </w:rPr>
        <w:t xml:space="preserve"> </w:t>
      </w:r>
      <w:r w:rsidRPr="00EE4217">
        <w:rPr>
          <w:rFonts w:asciiTheme="majorHAnsi" w:hAnsiTheme="majorHAnsi" w:cstheme="majorHAnsi"/>
        </w:rPr>
        <w:t>Early 3D modelling. Rotoscoping. Re-lighting. Background removal. Visual clean-up. Rapid prototyping.</w:t>
      </w:r>
    </w:p>
    <w:p w14:paraId="22A07E90" w14:textId="77777777" w:rsidR="00EE4217" w:rsidRPr="005D4A15" w:rsidRDefault="00EE4217" w:rsidP="00EE4217">
      <w:pPr>
        <w:rPr>
          <w:rFonts w:asciiTheme="majorHAnsi" w:hAnsiTheme="majorHAnsi" w:cstheme="majorHAnsi"/>
          <w:i/>
          <w:iCs/>
          <w:color w:val="7030A0"/>
        </w:rPr>
      </w:pPr>
      <w:r w:rsidRPr="00EE4217">
        <w:rPr>
          <w:rFonts w:asciiTheme="majorHAnsi" w:hAnsiTheme="majorHAnsi" w:cstheme="majorHAnsi"/>
        </w:rPr>
        <w:t>Used carefully, these tools can fill gaps, support specialist functions and help us move through production stages more efficiently.</w:t>
      </w:r>
    </w:p>
    <w:p w14:paraId="40848D1B" w14:textId="57FDBAF5" w:rsidR="00EE4217" w:rsidRDefault="005D4A15" w:rsidP="00EE4217">
      <w:pPr>
        <w:rPr>
          <w:rFonts w:asciiTheme="majorHAnsi" w:hAnsiTheme="majorHAnsi" w:cstheme="majorHAnsi"/>
          <w:i/>
          <w:iCs/>
          <w:color w:val="7030A0"/>
        </w:rPr>
      </w:pPr>
      <w:r w:rsidRPr="005D4A15">
        <w:rPr>
          <w:rFonts w:asciiTheme="majorHAnsi" w:hAnsiTheme="majorHAnsi" w:cstheme="majorHAnsi"/>
          <w:i/>
          <w:iCs/>
          <w:color w:val="7030A0"/>
        </w:rPr>
        <w:t xml:space="preserve">CASE </w:t>
      </w:r>
      <w:r>
        <w:rPr>
          <w:rFonts w:asciiTheme="majorHAnsi" w:hAnsiTheme="majorHAnsi" w:cstheme="majorHAnsi"/>
          <w:i/>
          <w:iCs/>
          <w:color w:val="7030A0"/>
        </w:rPr>
        <w:t>IN POINT</w:t>
      </w:r>
      <w:r w:rsidR="0096340A">
        <w:rPr>
          <w:rFonts w:asciiTheme="majorHAnsi" w:hAnsiTheme="majorHAnsi" w:cstheme="majorHAnsi"/>
          <w:i/>
          <w:iCs/>
          <w:color w:val="7030A0"/>
        </w:rPr>
        <w:t xml:space="preserve"> 1</w:t>
      </w:r>
      <w:r w:rsidRPr="005D4A15">
        <w:rPr>
          <w:rFonts w:asciiTheme="majorHAnsi" w:hAnsiTheme="majorHAnsi" w:cstheme="majorHAnsi"/>
          <w:i/>
          <w:iCs/>
          <w:color w:val="7030A0"/>
        </w:rPr>
        <w:t>: GIG Health is exploring AI to create a plugin that will bring timesheets into Monday.com, saving us a Harvest subscription AND the expensive cost of a purchase</w:t>
      </w:r>
      <w:r w:rsidR="00B16391">
        <w:rPr>
          <w:rFonts w:asciiTheme="majorHAnsi" w:hAnsiTheme="majorHAnsi" w:cstheme="majorHAnsi"/>
          <w:i/>
          <w:iCs/>
          <w:color w:val="7030A0"/>
        </w:rPr>
        <w:t>-</w:t>
      </w:r>
      <w:r w:rsidRPr="005D4A15">
        <w:rPr>
          <w:rFonts w:asciiTheme="majorHAnsi" w:hAnsiTheme="majorHAnsi" w:cstheme="majorHAnsi"/>
          <w:i/>
          <w:iCs/>
          <w:color w:val="7030A0"/>
        </w:rPr>
        <w:t>able plugin that does the same thing. If it works, we’ll lower our costs and improve our processes.</w:t>
      </w:r>
    </w:p>
    <w:p w14:paraId="7C98344D" w14:textId="54A0308F" w:rsidR="0096340A" w:rsidRDefault="0096340A" w:rsidP="00EE4217">
      <w:pPr>
        <w:rPr>
          <w:rFonts w:asciiTheme="majorHAnsi" w:hAnsiTheme="majorHAnsi" w:cstheme="majorHAnsi"/>
          <w:i/>
          <w:iCs/>
          <w:color w:val="7030A0"/>
        </w:rPr>
      </w:pPr>
      <w:r w:rsidRPr="009A62F3">
        <w:rPr>
          <w:rFonts w:asciiTheme="majorHAnsi" w:hAnsiTheme="majorHAnsi" w:cstheme="majorHAnsi"/>
          <w:i/>
          <w:iCs/>
          <w:color w:val="7030A0"/>
        </w:rPr>
        <w:t xml:space="preserve">[CASE IN POINT 2: </w:t>
      </w:r>
      <w:r w:rsidR="005F2D4B" w:rsidRPr="009A62F3">
        <w:rPr>
          <w:rFonts w:asciiTheme="majorHAnsi" w:hAnsiTheme="majorHAnsi" w:cstheme="majorHAnsi"/>
          <w:i/>
          <w:iCs/>
          <w:color w:val="7030A0"/>
        </w:rPr>
        <w:t xml:space="preserve">On Merz Tx the menus had to change for all 12 multi sites, which would have meant copying the settings by hand; split screening the global screen and the country sites screens one by one and playing spot the difference. So </w:t>
      </w:r>
      <w:r w:rsidR="00393697">
        <w:rPr>
          <w:rFonts w:asciiTheme="majorHAnsi" w:hAnsiTheme="majorHAnsi" w:cstheme="majorHAnsi"/>
          <w:i/>
          <w:iCs/>
          <w:color w:val="7030A0"/>
        </w:rPr>
        <w:t>we</w:t>
      </w:r>
      <w:r w:rsidR="00393697" w:rsidRPr="009A62F3">
        <w:rPr>
          <w:rFonts w:asciiTheme="majorHAnsi" w:hAnsiTheme="majorHAnsi" w:cstheme="majorHAnsi"/>
          <w:i/>
          <w:iCs/>
          <w:color w:val="7030A0"/>
        </w:rPr>
        <w:t xml:space="preserve"> </w:t>
      </w:r>
      <w:r w:rsidR="005F2D4B" w:rsidRPr="009A62F3">
        <w:rPr>
          <w:rFonts w:asciiTheme="majorHAnsi" w:hAnsiTheme="majorHAnsi" w:cstheme="majorHAnsi"/>
          <w:i/>
          <w:iCs/>
          <w:color w:val="7030A0"/>
        </w:rPr>
        <w:t xml:space="preserve">used ChatGPT to find out where in the WordPress database the settings for the </w:t>
      </w:r>
      <w:proofErr w:type="spellStart"/>
      <w:r w:rsidR="005F2D4B" w:rsidRPr="009A62F3">
        <w:rPr>
          <w:rFonts w:asciiTheme="majorHAnsi" w:hAnsiTheme="majorHAnsi" w:cstheme="majorHAnsi"/>
          <w:i/>
          <w:iCs/>
          <w:color w:val="7030A0"/>
        </w:rPr>
        <w:t>MegaMenu</w:t>
      </w:r>
      <w:proofErr w:type="spellEnd"/>
      <w:r w:rsidR="005F2D4B" w:rsidRPr="009A62F3">
        <w:rPr>
          <w:rFonts w:asciiTheme="majorHAnsi" w:hAnsiTheme="majorHAnsi" w:cstheme="majorHAnsi"/>
          <w:i/>
          <w:iCs/>
          <w:color w:val="7030A0"/>
        </w:rPr>
        <w:t xml:space="preserve"> plugin was held, then got it to write a drop in plugin which allowed </w:t>
      </w:r>
      <w:r w:rsidR="00393697">
        <w:rPr>
          <w:rFonts w:asciiTheme="majorHAnsi" w:hAnsiTheme="majorHAnsi" w:cstheme="majorHAnsi"/>
          <w:i/>
          <w:iCs/>
          <w:color w:val="7030A0"/>
        </w:rPr>
        <w:t>us</w:t>
      </w:r>
      <w:r w:rsidR="00393697" w:rsidRPr="009A62F3">
        <w:rPr>
          <w:rFonts w:asciiTheme="majorHAnsi" w:hAnsiTheme="majorHAnsi" w:cstheme="majorHAnsi"/>
          <w:i/>
          <w:iCs/>
          <w:color w:val="7030A0"/>
        </w:rPr>
        <w:t xml:space="preserve"> </w:t>
      </w:r>
      <w:r w:rsidR="005F2D4B" w:rsidRPr="009A62F3">
        <w:rPr>
          <w:rFonts w:asciiTheme="majorHAnsi" w:hAnsiTheme="majorHAnsi" w:cstheme="majorHAnsi"/>
          <w:i/>
          <w:iCs/>
          <w:color w:val="7030A0"/>
        </w:rPr>
        <w:t xml:space="preserve">to select which country sites </w:t>
      </w:r>
      <w:r w:rsidR="00393697">
        <w:rPr>
          <w:rFonts w:asciiTheme="majorHAnsi" w:hAnsiTheme="majorHAnsi" w:cstheme="majorHAnsi"/>
          <w:i/>
          <w:iCs/>
          <w:color w:val="7030A0"/>
        </w:rPr>
        <w:t>we</w:t>
      </w:r>
      <w:r w:rsidR="00393697" w:rsidRPr="009A62F3">
        <w:rPr>
          <w:rFonts w:asciiTheme="majorHAnsi" w:hAnsiTheme="majorHAnsi" w:cstheme="majorHAnsi"/>
          <w:i/>
          <w:iCs/>
          <w:color w:val="7030A0"/>
        </w:rPr>
        <w:t xml:space="preserve"> </w:t>
      </w:r>
      <w:r w:rsidR="005F2D4B" w:rsidRPr="009A62F3">
        <w:rPr>
          <w:rFonts w:asciiTheme="majorHAnsi" w:hAnsiTheme="majorHAnsi" w:cstheme="majorHAnsi"/>
          <w:i/>
          <w:iCs/>
          <w:color w:val="7030A0"/>
        </w:rPr>
        <w:t xml:space="preserve">wanted to sync, and on run, synced the relevant global site tables of the database to the country site tables of the database. This </w:t>
      </w:r>
      <w:r w:rsidR="00393697">
        <w:rPr>
          <w:rFonts w:asciiTheme="majorHAnsi" w:hAnsiTheme="majorHAnsi" w:cstheme="majorHAnsi"/>
          <w:i/>
          <w:iCs/>
          <w:color w:val="7030A0"/>
        </w:rPr>
        <w:t>cut out much</w:t>
      </w:r>
      <w:r w:rsidR="005F2D4B" w:rsidRPr="009A62F3">
        <w:rPr>
          <w:rFonts w:asciiTheme="majorHAnsi" w:hAnsiTheme="majorHAnsi" w:cstheme="majorHAnsi"/>
          <w:i/>
          <w:iCs/>
          <w:color w:val="7030A0"/>
        </w:rPr>
        <w:t xml:space="preserve"> unfulfilling and tedious, and it complied with our 'be careful with it' rule, as it was making the changes on staging, allowing us to check it before migrating the changes live ourselves. </w:t>
      </w:r>
    </w:p>
    <w:p w14:paraId="48C00889" w14:textId="73618CDC" w:rsidR="002D5EBC" w:rsidRPr="002D5EBC" w:rsidRDefault="002D5EBC" w:rsidP="002D5EBC">
      <w:pPr>
        <w:rPr>
          <w:rFonts w:asciiTheme="majorHAnsi" w:hAnsiTheme="majorHAnsi" w:cstheme="majorHAnsi"/>
          <w:i/>
          <w:iCs/>
          <w:color w:val="948A54" w:themeColor="background2" w:themeShade="80"/>
        </w:rPr>
      </w:pPr>
      <w:r w:rsidRPr="00B243B1">
        <w:rPr>
          <w:rFonts w:asciiTheme="majorHAnsi" w:hAnsiTheme="majorHAnsi" w:cstheme="majorHAnsi"/>
          <w:i/>
          <w:iCs/>
          <w:color w:val="948A54" w:themeColor="background2" w:themeShade="80"/>
        </w:rPr>
        <w:t xml:space="preserve">GOLD STANDARD: </w:t>
      </w:r>
      <w:r>
        <w:rPr>
          <w:rFonts w:asciiTheme="majorHAnsi" w:hAnsiTheme="majorHAnsi" w:cstheme="majorHAnsi"/>
          <w:i/>
          <w:iCs/>
          <w:color w:val="948A54" w:themeColor="background2" w:themeShade="80"/>
        </w:rPr>
        <w:t>Through AI, we can do more for our clients with the same hours, rather than hacking hours out of budgets. If AI does some of the grind, we use the hours saved for high-end delivery that improves the quality of our deliverables.</w:t>
      </w:r>
    </w:p>
    <w:p w14:paraId="7A1D151E" w14:textId="77777777" w:rsidR="002D5EBC" w:rsidRPr="005D4A15" w:rsidRDefault="002D5EBC" w:rsidP="00EE4217">
      <w:pPr>
        <w:rPr>
          <w:rFonts w:asciiTheme="majorHAnsi" w:hAnsiTheme="majorHAnsi" w:cstheme="majorHAnsi"/>
          <w:i/>
          <w:iCs/>
          <w:color w:val="7030A0"/>
        </w:rPr>
      </w:pPr>
    </w:p>
    <w:p w14:paraId="21D3C52E" w14:textId="77777777" w:rsidR="00401D5C" w:rsidRDefault="00401D5C">
      <w:pPr>
        <w:rPr>
          <w:rFonts w:asciiTheme="majorHAnsi" w:eastAsiaTheme="majorEastAsia" w:hAnsiTheme="majorHAnsi" w:cstheme="majorHAnsi"/>
          <w:b/>
          <w:bCs/>
          <w:color w:val="365F91" w:themeColor="accent1" w:themeShade="BF"/>
          <w:sz w:val="28"/>
          <w:szCs w:val="28"/>
        </w:rPr>
      </w:pPr>
      <w:r>
        <w:rPr>
          <w:rFonts w:cstheme="majorHAnsi"/>
        </w:rPr>
        <w:br w:type="page"/>
      </w:r>
    </w:p>
    <w:p w14:paraId="180D0E26" w14:textId="4A7FBF1E" w:rsidR="00A5393F" w:rsidRPr="00BB2C88" w:rsidRDefault="00A5393F" w:rsidP="00A5393F">
      <w:pPr>
        <w:pStyle w:val="Heading1"/>
        <w:rPr>
          <w:rFonts w:cstheme="majorHAnsi"/>
        </w:rPr>
      </w:pPr>
      <w:r w:rsidRPr="00BB2C88">
        <w:rPr>
          <w:rFonts w:cstheme="majorHAnsi"/>
        </w:rPr>
        <w:lastRenderedPageBreak/>
        <w:t>0</w:t>
      </w:r>
      <w:r w:rsidR="005D4A15">
        <w:rPr>
          <w:rFonts w:cstheme="majorHAnsi"/>
        </w:rPr>
        <w:t>3</w:t>
      </w:r>
      <w:r w:rsidRPr="00BB2C88">
        <w:rPr>
          <w:rFonts w:cstheme="majorHAnsi"/>
        </w:rPr>
        <w:t>. WHAT WE PROTECT</w:t>
      </w:r>
    </w:p>
    <w:p w14:paraId="7B3AEFDB" w14:textId="60F461F4" w:rsidR="00EE4217" w:rsidRDefault="00A80FE8" w:rsidP="00EE4217">
      <w:pPr>
        <w:rPr>
          <w:rFonts w:asciiTheme="majorHAnsi" w:hAnsiTheme="majorHAnsi" w:cstheme="majorHAnsi"/>
        </w:rPr>
      </w:pPr>
      <w:r>
        <w:rPr>
          <w:rFonts w:asciiTheme="majorHAnsi" w:hAnsiTheme="majorHAnsi" w:cstheme="majorHAnsi"/>
          <w:b/>
          <w:bCs/>
        </w:rPr>
        <w:t>Authorship, craft and client trust</w:t>
      </w:r>
    </w:p>
    <w:p w14:paraId="2799A2A3" w14:textId="7A07B4DC" w:rsidR="00EE4217" w:rsidRPr="00EE4217" w:rsidRDefault="00EE4217" w:rsidP="00EE4217">
      <w:pPr>
        <w:rPr>
          <w:rFonts w:asciiTheme="majorHAnsi" w:hAnsiTheme="majorHAnsi" w:cstheme="majorHAnsi"/>
        </w:rPr>
      </w:pPr>
      <w:r w:rsidRPr="00EE4217">
        <w:rPr>
          <w:rFonts w:asciiTheme="majorHAnsi" w:hAnsiTheme="majorHAnsi" w:cstheme="majorHAnsi"/>
        </w:rPr>
        <w:t>Some things at GIG are no</w:t>
      </w:r>
      <w:r w:rsidR="0096340A">
        <w:rPr>
          <w:rFonts w:asciiTheme="majorHAnsi" w:hAnsiTheme="majorHAnsi" w:cstheme="majorHAnsi"/>
        </w:rPr>
        <w:t>n-</w:t>
      </w:r>
      <w:proofErr w:type="spellStart"/>
      <w:r w:rsidRPr="00EE4217">
        <w:rPr>
          <w:rFonts w:asciiTheme="majorHAnsi" w:hAnsiTheme="majorHAnsi" w:cstheme="majorHAnsi"/>
        </w:rPr>
        <w:t>negotiabl</w:t>
      </w:r>
      <w:r w:rsidR="005D4A15">
        <w:rPr>
          <w:rFonts w:asciiTheme="majorHAnsi" w:hAnsiTheme="majorHAnsi" w:cstheme="majorHAnsi"/>
        </w:rPr>
        <w:t>y</w:t>
      </w:r>
      <w:proofErr w:type="spellEnd"/>
      <w:r w:rsidR="005D4A15">
        <w:rPr>
          <w:rFonts w:asciiTheme="majorHAnsi" w:hAnsiTheme="majorHAnsi" w:cstheme="majorHAnsi"/>
        </w:rPr>
        <w:t xml:space="preserve"> human</w:t>
      </w:r>
      <w:r w:rsidRPr="00EE4217">
        <w:rPr>
          <w:rFonts w:asciiTheme="majorHAnsi" w:hAnsiTheme="majorHAnsi" w:cstheme="majorHAnsi"/>
        </w:rPr>
        <w:t>.</w:t>
      </w:r>
      <w:r w:rsidR="00165F02" w:rsidRPr="00165F02">
        <w:rPr>
          <w:rFonts w:asciiTheme="majorHAnsi" w:hAnsiTheme="majorHAnsi" w:cstheme="majorHAnsi"/>
        </w:rPr>
        <w:t xml:space="preserve"> </w:t>
      </w:r>
      <w:r w:rsidR="00165F02" w:rsidRPr="00EE4217">
        <w:rPr>
          <w:rFonts w:asciiTheme="majorHAnsi" w:hAnsiTheme="majorHAnsi" w:cstheme="majorHAnsi"/>
        </w:rPr>
        <w:t xml:space="preserve">Our clients trust us because of our expertise, our thinking and our craft. That trust is built on careful language, deep audience understanding and professional responsibility. Especially in healthcare, </w:t>
      </w:r>
      <w:r w:rsidR="005D4A15">
        <w:rPr>
          <w:rFonts w:asciiTheme="majorHAnsi" w:hAnsiTheme="majorHAnsi" w:cstheme="majorHAnsi"/>
        </w:rPr>
        <w:t xml:space="preserve">authenticity, </w:t>
      </w:r>
      <w:r w:rsidR="00165F02" w:rsidRPr="00EE4217">
        <w:rPr>
          <w:rFonts w:asciiTheme="majorHAnsi" w:hAnsiTheme="majorHAnsi" w:cstheme="majorHAnsi"/>
        </w:rPr>
        <w:t>accuracy and clarity are not optional.</w:t>
      </w:r>
      <w:r w:rsidR="00477FA7">
        <w:rPr>
          <w:rFonts w:asciiTheme="majorHAnsi" w:hAnsiTheme="majorHAnsi" w:cstheme="majorHAnsi"/>
        </w:rPr>
        <w:t xml:space="preserve"> </w:t>
      </w:r>
    </w:p>
    <w:p w14:paraId="23FA7EC5" w14:textId="3BA28A0E" w:rsidR="00A80FE8" w:rsidRPr="00A80FE8" w:rsidRDefault="00A80FE8" w:rsidP="00EE4217">
      <w:pPr>
        <w:rPr>
          <w:rFonts w:asciiTheme="majorHAnsi" w:hAnsiTheme="majorHAnsi" w:cstheme="majorHAnsi"/>
          <w:b/>
          <w:bCs/>
        </w:rPr>
      </w:pPr>
      <w:r w:rsidRPr="00A80FE8">
        <w:rPr>
          <w:rFonts w:asciiTheme="majorHAnsi" w:hAnsiTheme="majorHAnsi" w:cstheme="majorHAnsi"/>
          <w:b/>
          <w:bCs/>
        </w:rPr>
        <w:t>Writing</w:t>
      </w:r>
    </w:p>
    <w:p w14:paraId="5E251862" w14:textId="53CE14A2" w:rsidR="00EE4217" w:rsidRPr="00EE4217" w:rsidRDefault="00EE4217" w:rsidP="00EE4217">
      <w:pPr>
        <w:rPr>
          <w:rFonts w:asciiTheme="majorHAnsi" w:hAnsiTheme="majorHAnsi" w:cstheme="majorHAnsi"/>
        </w:rPr>
      </w:pPr>
      <w:r w:rsidRPr="00EE4217">
        <w:rPr>
          <w:rFonts w:asciiTheme="majorHAnsi" w:hAnsiTheme="majorHAnsi" w:cstheme="majorHAnsi"/>
        </w:rPr>
        <w:t>Final client-facing writing is 100 percent human-authored.</w:t>
      </w:r>
      <w:r w:rsidR="00165F02">
        <w:rPr>
          <w:rFonts w:asciiTheme="majorHAnsi" w:hAnsiTheme="majorHAnsi" w:cstheme="majorHAnsi"/>
        </w:rPr>
        <w:t xml:space="preserve"> </w:t>
      </w:r>
      <w:r w:rsidRPr="00EE4217">
        <w:rPr>
          <w:rFonts w:asciiTheme="majorHAnsi" w:hAnsiTheme="majorHAnsi" w:cstheme="majorHAnsi"/>
        </w:rPr>
        <w:t>AI may assist exploration, structuring or early drafts for internal thinking. But the final wording that goes to a client is consciously written, shaped and signed off by a human.</w:t>
      </w:r>
    </w:p>
    <w:p w14:paraId="71F063E9" w14:textId="44F63DF5" w:rsidR="00A80FE8" w:rsidRPr="00A80FE8" w:rsidRDefault="00A80FE8" w:rsidP="00EE4217">
      <w:pPr>
        <w:rPr>
          <w:rFonts w:asciiTheme="majorHAnsi" w:hAnsiTheme="majorHAnsi" w:cstheme="majorHAnsi"/>
          <w:b/>
          <w:bCs/>
        </w:rPr>
      </w:pPr>
      <w:r w:rsidRPr="00A80FE8">
        <w:rPr>
          <w:rFonts w:asciiTheme="majorHAnsi" w:hAnsiTheme="majorHAnsi" w:cstheme="majorHAnsi"/>
          <w:b/>
          <w:bCs/>
        </w:rPr>
        <w:t>Final Outputs</w:t>
      </w:r>
    </w:p>
    <w:p w14:paraId="4A2FADAD" w14:textId="71FEB53C" w:rsidR="00A80FE8" w:rsidRDefault="00EE4217" w:rsidP="005D4A15">
      <w:pPr>
        <w:rPr>
          <w:rFonts w:asciiTheme="majorHAnsi" w:hAnsiTheme="majorHAnsi" w:cstheme="majorHAnsi"/>
        </w:rPr>
      </w:pPr>
      <w:r w:rsidRPr="00EE4217">
        <w:rPr>
          <w:rFonts w:asciiTheme="majorHAnsi" w:hAnsiTheme="majorHAnsi" w:cstheme="majorHAnsi"/>
        </w:rPr>
        <w:t xml:space="preserve">We also protect </w:t>
      </w:r>
      <w:r w:rsidR="00165F02">
        <w:rPr>
          <w:rFonts w:asciiTheme="majorHAnsi" w:hAnsiTheme="majorHAnsi" w:cstheme="majorHAnsi"/>
        </w:rPr>
        <w:t>creative</w:t>
      </w:r>
      <w:r w:rsidRPr="00EE4217">
        <w:rPr>
          <w:rFonts w:asciiTheme="majorHAnsi" w:hAnsiTheme="majorHAnsi" w:cstheme="majorHAnsi"/>
        </w:rPr>
        <w:t xml:space="preserve"> </w:t>
      </w:r>
      <w:r w:rsidR="00165F02">
        <w:rPr>
          <w:rFonts w:asciiTheme="majorHAnsi" w:hAnsiTheme="majorHAnsi" w:cstheme="majorHAnsi"/>
        </w:rPr>
        <w:t>craft</w:t>
      </w:r>
      <w:r w:rsidRPr="00EE4217">
        <w:rPr>
          <w:rFonts w:asciiTheme="majorHAnsi" w:hAnsiTheme="majorHAnsi" w:cstheme="majorHAnsi"/>
        </w:rPr>
        <w:t xml:space="preserve">. AI </w:t>
      </w:r>
      <w:r w:rsidR="00165F02">
        <w:rPr>
          <w:rFonts w:asciiTheme="majorHAnsi" w:hAnsiTheme="majorHAnsi" w:cstheme="majorHAnsi"/>
        </w:rPr>
        <w:t xml:space="preserve">can inform, enhance and influence, but it does not produce </w:t>
      </w:r>
      <w:r w:rsidR="00997B74">
        <w:rPr>
          <w:rFonts w:asciiTheme="majorHAnsi" w:hAnsiTheme="majorHAnsi" w:cstheme="majorHAnsi"/>
        </w:rPr>
        <w:t xml:space="preserve">audience-facing </w:t>
      </w:r>
      <w:r w:rsidR="00165F02">
        <w:rPr>
          <w:rFonts w:asciiTheme="majorHAnsi" w:hAnsiTheme="majorHAnsi" w:cstheme="majorHAnsi"/>
        </w:rPr>
        <w:t xml:space="preserve">creative outputs. </w:t>
      </w:r>
      <w:r w:rsidR="009952FD" w:rsidRPr="009952FD">
        <w:rPr>
          <w:rFonts w:asciiTheme="majorHAnsi" w:hAnsiTheme="majorHAnsi" w:cstheme="majorHAnsi"/>
        </w:rPr>
        <w:t>Final creative outputs are human-directed and human-approved.</w:t>
      </w:r>
      <w:r w:rsidR="00E73290">
        <w:rPr>
          <w:rFonts w:asciiTheme="majorHAnsi" w:hAnsiTheme="majorHAnsi" w:cstheme="majorHAnsi"/>
        </w:rPr>
        <w:t xml:space="preserve"> </w:t>
      </w:r>
      <w:r w:rsidRPr="00EE4217">
        <w:rPr>
          <w:rFonts w:asciiTheme="majorHAnsi" w:hAnsiTheme="majorHAnsi" w:cstheme="majorHAnsi"/>
        </w:rPr>
        <w:t xml:space="preserve">We protect the </w:t>
      </w:r>
      <w:r w:rsidR="00165F02">
        <w:rPr>
          <w:rFonts w:asciiTheme="majorHAnsi" w:hAnsiTheme="majorHAnsi" w:cstheme="majorHAnsi"/>
        </w:rPr>
        <w:t xml:space="preserve">parts of our work that we are most proud of. </w:t>
      </w:r>
    </w:p>
    <w:p w14:paraId="4BD1668A" w14:textId="5D691187" w:rsidR="00A80FE8" w:rsidRPr="00A80FE8" w:rsidRDefault="00A80FE8" w:rsidP="005D4A15">
      <w:pPr>
        <w:rPr>
          <w:rFonts w:asciiTheme="majorHAnsi" w:hAnsiTheme="majorHAnsi" w:cstheme="majorHAnsi"/>
          <w:b/>
          <w:bCs/>
        </w:rPr>
      </w:pPr>
      <w:r w:rsidRPr="00A80FE8">
        <w:rPr>
          <w:rFonts w:asciiTheme="majorHAnsi" w:hAnsiTheme="majorHAnsi" w:cstheme="majorHAnsi"/>
          <w:b/>
          <w:bCs/>
        </w:rPr>
        <w:t>Patient Imagery</w:t>
      </w:r>
    </w:p>
    <w:p w14:paraId="5FFC6CF6" w14:textId="131C4986" w:rsidR="00997B74" w:rsidRDefault="00B16391" w:rsidP="005D4A15">
      <w:pPr>
        <w:rPr>
          <w:rFonts w:asciiTheme="majorHAnsi" w:hAnsiTheme="majorHAnsi" w:cstheme="majorHAnsi"/>
        </w:rPr>
      </w:pPr>
      <w:r>
        <w:rPr>
          <w:rFonts w:asciiTheme="majorHAnsi" w:hAnsiTheme="majorHAnsi" w:cstheme="majorHAnsi"/>
        </w:rPr>
        <w:t>A</w:t>
      </w:r>
      <w:r w:rsidR="005D4A15">
        <w:rPr>
          <w:rFonts w:asciiTheme="majorHAnsi" w:hAnsiTheme="majorHAnsi" w:cstheme="majorHAnsi"/>
        </w:rPr>
        <w:t xml:space="preserve">ny imagery of humans in our final client work, must for legal, ethical and empathetic reasons be non-AI. </w:t>
      </w:r>
    </w:p>
    <w:p w14:paraId="4200605A" w14:textId="5EFD2A11" w:rsidR="004201EA" w:rsidRDefault="005D4A15" w:rsidP="003D6639">
      <w:pPr>
        <w:spacing w:after="0" w:line="240" w:lineRule="auto"/>
        <w:rPr>
          <w:rFonts w:asciiTheme="majorHAnsi" w:hAnsiTheme="majorHAnsi" w:cstheme="majorHAnsi"/>
        </w:rPr>
      </w:pPr>
      <w:r>
        <w:rPr>
          <w:rFonts w:asciiTheme="majorHAnsi" w:hAnsiTheme="majorHAnsi" w:cstheme="majorHAnsi"/>
        </w:rPr>
        <w:t xml:space="preserve">If a client insists on </w:t>
      </w:r>
      <w:r w:rsidR="00997B74">
        <w:rPr>
          <w:rFonts w:asciiTheme="majorHAnsi" w:hAnsiTheme="majorHAnsi" w:cstheme="majorHAnsi"/>
        </w:rPr>
        <w:t>an approach that contradicts any of these positions</w:t>
      </w:r>
      <w:r>
        <w:rPr>
          <w:rFonts w:asciiTheme="majorHAnsi" w:hAnsiTheme="majorHAnsi" w:cstheme="majorHAnsi"/>
        </w:rPr>
        <w:t>, we will insist on having that request on written record</w:t>
      </w:r>
      <w:r w:rsidR="00997B74">
        <w:rPr>
          <w:rFonts w:asciiTheme="majorHAnsi" w:hAnsiTheme="majorHAnsi" w:cstheme="majorHAnsi"/>
        </w:rPr>
        <w:t xml:space="preserve"> [/signed off with waiver].</w:t>
      </w:r>
      <w:r w:rsidR="004201EA">
        <w:rPr>
          <w:rFonts w:asciiTheme="majorHAnsi" w:hAnsiTheme="majorHAnsi" w:cstheme="majorHAnsi"/>
        </w:rPr>
        <w:br/>
      </w:r>
      <w:r w:rsidR="004201EA">
        <w:rPr>
          <w:rFonts w:asciiTheme="majorHAnsi" w:hAnsiTheme="majorHAnsi" w:cstheme="majorHAnsi"/>
        </w:rPr>
        <w:br/>
      </w:r>
      <w:r w:rsidR="004201EA" w:rsidRPr="003D6639">
        <w:rPr>
          <w:rFonts w:asciiTheme="majorHAnsi" w:hAnsiTheme="majorHAnsi" w:cstheme="majorHAnsi"/>
          <w:b/>
          <w:bCs/>
        </w:rPr>
        <w:t>Pitch</w:t>
      </w:r>
      <w:r w:rsidR="004201EA">
        <w:rPr>
          <w:rFonts w:asciiTheme="majorHAnsi" w:hAnsiTheme="majorHAnsi" w:cstheme="majorHAnsi"/>
          <w:b/>
          <w:bCs/>
        </w:rPr>
        <w:t>ing</w:t>
      </w:r>
      <w:r w:rsidR="004201EA">
        <w:rPr>
          <w:rFonts w:asciiTheme="majorHAnsi" w:hAnsiTheme="majorHAnsi" w:cstheme="majorHAnsi"/>
        </w:rPr>
        <w:br/>
      </w:r>
      <w:r w:rsidR="004201EA" w:rsidRPr="00477FA7">
        <w:rPr>
          <w:rFonts w:asciiTheme="majorHAnsi" w:hAnsiTheme="majorHAnsi" w:cstheme="majorHAnsi"/>
        </w:rPr>
        <w:br/>
      </w:r>
      <w:r w:rsidR="004201EA">
        <w:rPr>
          <w:rFonts w:asciiTheme="majorHAnsi" w:hAnsiTheme="majorHAnsi" w:cstheme="majorHAnsi"/>
        </w:rPr>
        <w:t xml:space="preserve">Whenever we are involved in pitches or concept development, even under short deadlines, we will always offer people the chance to do it themselves and give our internal team first refusal, before resorting to any AI solutions. </w:t>
      </w:r>
      <w:r w:rsidR="004201EA">
        <w:rPr>
          <w:rFonts w:asciiTheme="majorHAnsi" w:hAnsiTheme="majorHAnsi" w:cstheme="majorHAnsi"/>
        </w:rPr>
        <w:br/>
      </w:r>
      <w:r w:rsidR="004201EA">
        <w:rPr>
          <w:rFonts w:asciiTheme="majorHAnsi" w:hAnsiTheme="majorHAnsi" w:cstheme="majorHAnsi"/>
        </w:rPr>
        <w:br/>
        <w:t xml:space="preserve">If pitch concepts (i.e. key visuals) are pre-visualized using AI, we will ensure that these are always marked as ‘AI-generate’ in client presentations. This creates transparency and manages expectations that visuals are only temporary concept for consideration, and real future campaign asserts will need to be developed in a controlled and most appropriate way, whatever this may be (i.e. photography shoot, 3D/CGI modelling, photoshopping iStock images, </w:t>
      </w:r>
      <w:proofErr w:type="spellStart"/>
      <w:r w:rsidR="004201EA">
        <w:rPr>
          <w:rFonts w:asciiTheme="majorHAnsi" w:hAnsiTheme="majorHAnsi" w:cstheme="majorHAnsi"/>
        </w:rPr>
        <w:t>etc</w:t>
      </w:r>
      <w:proofErr w:type="spellEnd"/>
      <w:r w:rsidR="004201EA">
        <w:rPr>
          <w:rFonts w:asciiTheme="majorHAnsi" w:hAnsiTheme="majorHAnsi" w:cstheme="majorHAnsi"/>
        </w:rPr>
        <w:t xml:space="preserve">). Therefore, when proposing AI solutions, we always </w:t>
      </w:r>
      <w:proofErr w:type="gramStart"/>
      <w:r w:rsidR="004201EA">
        <w:rPr>
          <w:rFonts w:asciiTheme="majorHAnsi" w:hAnsiTheme="majorHAnsi" w:cstheme="majorHAnsi"/>
        </w:rPr>
        <w:t>have to</w:t>
      </w:r>
      <w:proofErr w:type="gramEnd"/>
      <w:r w:rsidR="004201EA">
        <w:rPr>
          <w:rFonts w:asciiTheme="majorHAnsi" w:hAnsiTheme="majorHAnsi" w:cstheme="majorHAnsi"/>
        </w:rPr>
        <w:t xml:space="preserve"> understand available campaign budgets to ensure that our pre-visualized ideas are realistic and feasible. </w:t>
      </w:r>
    </w:p>
    <w:p w14:paraId="7611E22C" w14:textId="52C4FB7E" w:rsidR="00B4580F" w:rsidRPr="005D4A15" w:rsidRDefault="00B4580F" w:rsidP="005D4A15">
      <w:pPr>
        <w:rPr>
          <w:rFonts w:asciiTheme="majorHAnsi" w:hAnsiTheme="majorHAnsi" w:cstheme="majorHAnsi"/>
        </w:rPr>
      </w:pPr>
    </w:p>
    <w:p w14:paraId="40589B7E" w14:textId="77777777" w:rsidR="00401D5C" w:rsidRDefault="00401D5C">
      <w:pPr>
        <w:rPr>
          <w:rFonts w:asciiTheme="majorHAnsi" w:eastAsiaTheme="majorEastAsia" w:hAnsiTheme="majorHAnsi" w:cstheme="majorHAnsi"/>
          <w:b/>
          <w:bCs/>
          <w:color w:val="365F91" w:themeColor="accent1" w:themeShade="BF"/>
          <w:sz w:val="28"/>
          <w:szCs w:val="28"/>
        </w:rPr>
      </w:pPr>
      <w:r>
        <w:rPr>
          <w:rFonts w:cstheme="majorHAnsi"/>
        </w:rPr>
        <w:br w:type="page"/>
      </w:r>
    </w:p>
    <w:p w14:paraId="2DD59587" w14:textId="54404309" w:rsidR="00A80FE8" w:rsidRPr="00BB2C88" w:rsidRDefault="00A80FE8" w:rsidP="00A80FE8">
      <w:pPr>
        <w:pStyle w:val="Heading1"/>
        <w:rPr>
          <w:rFonts w:cstheme="majorHAnsi"/>
        </w:rPr>
      </w:pPr>
      <w:r w:rsidRPr="00BB2C88">
        <w:rPr>
          <w:rFonts w:cstheme="majorHAnsi"/>
        </w:rPr>
        <w:lastRenderedPageBreak/>
        <w:t>0</w:t>
      </w:r>
      <w:r>
        <w:rPr>
          <w:rFonts w:cstheme="majorHAnsi"/>
        </w:rPr>
        <w:t>4</w:t>
      </w:r>
      <w:r w:rsidRPr="00BB2C88">
        <w:rPr>
          <w:rFonts w:cstheme="majorHAnsi"/>
        </w:rPr>
        <w:t xml:space="preserve">. </w:t>
      </w:r>
      <w:r>
        <w:rPr>
          <w:rFonts w:cstheme="majorHAnsi"/>
        </w:rPr>
        <w:t>GETTING THE BEST OUT OF AI</w:t>
      </w:r>
      <w:r w:rsidRPr="00BB2C88">
        <w:rPr>
          <w:rFonts w:cstheme="majorHAnsi"/>
        </w:rPr>
        <w:t xml:space="preserve"> </w:t>
      </w:r>
    </w:p>
    <w:p w14:paraId="75D6319C" w14:textId="3F3D4942" w:rsidR="00A80FE8" w:rsidRPr="0095302C" w:rsidRDefault="00393697" w:rsidP="00A80FE8">
      <w:pPr>
        <w:spacing w:line="360" w:lineRule="auto"/>
        <w:rPr>
          <w:rFonts w:asciiTheme="majorHAnsi" w:hAnsiTheme="majorHAnsi" w:cstheme="majorHAnsi"/>
          <w:b/>
          <w:bCs/>
        </w:rPr>
      </w:pPr>
      <w:r>
        <w:rPr>
          <w:rFonts w:asciiTheme="majorHAnsi" w:hAnsiTheme="majorHAnsi" w:cstheme="majorHAnsi"/>
          <w:b/>
          <w:bCs/>
        </w:rPr>
        <w:t>The art of the Prompt</w:t>
      </w:r>
    </w:p>
    <w:p w14:paraId="0884DBC8" w14:textId="77777777" w:rsidR="00393697" w:rsidRDefault="00A80FE8" w:rsidP="00A80FE8">
      <w:pPr>
        <w:spacing w:line="360" w:lineRule="auto"/>
        <w:rPr>
          <w:rFonts w:asciiTheme="majorHAnsi" w:hAnsiTheme="majorHAnsi" w:cstheme="majorHAnsi"/>
        </w:rPr>
      </w:pPr>
      <w:r w:rsidRPr="00933DF5">
        <w:rPr>
          <w:rFonts w:asciiTheme="majorHAnsi" w:hAnsiTheme="majorHAnsi" w:cstheme="majorHAnsi"/>
        </w:rPr>
        <w:t>AI tools are fast, capable and confident. They will always produce an answer. What they lack is judgement, context and industry expertise.</w:t>
      </w:r>
      <w:r>
        <w:rPr>
          <w:rFonts w:asciiTheme="majorHAnsi" w:hAnsiTheme="majorHAnsi" w:cstheme="majorHAnsi"/>
        </w:rPr>
        <w:t xml:space="preserve"> </w:t>
      </w:r>
    </w:p>
    <w:p w14:paraId="1F98272E" w14:textId="014FC280" w:rsidR="00393697" w:rsidRDefault="00393697" w:rsidP="00A80FE8">
      <w:pPr>
        <w:spacing w:line="360" w:lineRule="auto"/>
        <w:rPr>
          <w:rFonts w:asciiTheme="majorHAnsi" w:hAnsiTheme="majorHAnsi" w:cstheme="majorHAnsi"/>
        </w:rPr>
      </w:pPr>
      <w:r>
        <w:rPr>
          <w:rFonts w:asciiTheme="majorHAnsi" w:hAnsiTheme="majorHAnsi" w:cstheme="majorHAnsi"/>
        </w:rPr>
        <w:t xml:space="preserve">Almost all AI usage as we need it is governed by ‘prompting’ requests into the relevant platform and receiving outputs. Prompting follows an identical framework to project briefs, where clients brief us and expect us to interpret the results and deliver the goods. </w:t>
      </w:r>
      <w:r>
        <w:rPr>
          <w:rFonts w:asciiTheme="majorHAnsi" w:hAnsiTheme="majorHAnsi" w:cstheme="majorHAnsi"/>
          <w:b/>
          <w:bCs/>
        </w:rPr>
        <w:t>J</w:t>
      </w:r>
      <w:r w:rsidRPr="003D6639">
        <w:rPr>
          <w:rFonts w:asciiTheme="majorHAnsi" w:hAnsiTheme="majorHAnsi" w:cstheme="majorHAnsi"/>
          <w:b/>
          <w:bCs/>
        </w:rPr>
        <w:t>ust as we know better briefs equal better work, so it is with AI prompts.</w:t>
      </w:r>
    </w:p>
    <w:p w14:paraId="353A1825" w14:textId="431EB2D6" w:rsidR="00A80FE8" w:rsidRPr="00933DF5" w:rsidRDefault="00A80FE8" w:rsidP="00A80FE8">
      <w:pPr>
        <w:spacing w:line="360" w:lineRule="auto"/>
        <w:rPr>
          <w:rFonts w:asciiTheme="majorHAnsi" w:hAnsiTheme="majorHAnsi" w:cstheme="majorHAnsi"/>
        </w:rPr>
      </w:pPr>
      <w:r>
        <w:rPr>
          <w:rFonts w:asciiTheme="majorHAnsi" w:hAnsiTheme="majorHAnsi" w:cstheme="majorHAnsi"/>
        </w:rPr>
        <w:t xml:space="preserve">GIG has </w:t>
      </w:r>
      <w:r w:rsidR="00B243B1">
        <w:rPr>
          <w:rFonts w:asciiTheme="majorHAnsi" w:hAnsiTheme="majorHAnsi" w:cstheme="majorHAnsi"/>
        </w:rPr>
        <w:t>specific</w:t>
      </w:r>
      <w:r>
        <w:rPr>
          <w:rFonts w:asciiTheme="majorHAnsi" w:hAnsiTheme="majorHAnsi" w:cstheme="majorHAnsi"/>
        </w:rPr>
        <w:t xml:space="preserve"> golden rules for all prompting</w:t>
      </w:r>
      <w:r w:rsidR="00393697">
        <w:rPr>
          <w:rFonts w:asciiTheme="majorHAnsi" w:hAnsiTheme="majorHAnsi" w:cstheme="majorHAnsi"/>
        </w:rPr>
        <w:t xml:space="preserve"> to make sure the ‘brief’ is on point</w:t>
      </w:r>
      <w:r>
        <w:rPr>
          <w:rFonts w:asciiTheme="majorHAnsi" w:hAnsiTheme="majorHAnsi" w:cstheme="majorHAnsi"/>
        </w:rPr>
        <w:t>:</w:t>
      </w:r>
    </w:p>
    <w:p w14:paraId="10BD21A1" w14:textId="1D11091F" w:rsidR="00A80FE8" w:rsidRDefault="00A80FE8" w:rsidP="00A80FE8">
      <w:pPr>
        <w:pStyle w:val="ListParagraph"/>
        <w:numPr>
          <w:ilvl w:val="0"/>
          <w:numId w:val="17"/>
        </w:numPr>
        <w:spacing w:line="360" w:lineRule="auto"/>
        <w:rPr>
          <w:rFonts w:asciiTheme="majorHAnsi" w:hAnsiTheme="majorHAnsi" w:cstheme="majorHAnsi"/>
        </w:rPr>
      </w:pPr>
      <w:r w:rsidRPr="00E61ABC">
        <w:rPr>
          <w:rFonts w:asciiTheme="majorHAnsi" w:hAnsiTheme="majorHAnsi" w:cstheme="majorHAnsi"/>
          <w:b/>
          <w:bCs/>
        </w:rPr>
        <w:t>A</w:t>
      </w:r>
      <w:r w:rsidRPr="00B956BC">
        <w:rPr>
          <w:rFonts w:asciiTheme="majorHAnsi" w:hAnsiTheme="majorHAnsi" w:cstheme="majorHAnsi"/>
          <w:b/>
          <w:bCs/>
        </w:rPr>
        <w:t>nticipate the mistakes</w:t>
      </w:r>
      <w:r>
        <w:rPr>
          <w:rFonts w:asciiTheme="majorHAnsi" w:hAnsiTheme="majorHAnsi" w:cstheme="majorHAnsi"/>
        </w:rPr>
        <w:t xml:space="preserve"> it can/might make. What are the obvious routes we want to avoid? </w:t>
      </w:r>
      <w:r w:rsidR="003663EF">
        <w:rPr>
          <w:rFonts w:asciiTheme="majorHAnsi" w:hAnsiTheme="majorHAnsi" w:cstheme="majorHAnsi"/>
        </w:rPr>
        <w:t>What information could it potentially invent? U</w:t>
      </w:r>
      <w:r w:rsidR="004201EA">
        <w:rPr>
          <w:rFonts w:asciiTheme="majorHAnsi" w:hAnsiTheme="majorHAnsi" w:cstheme="majorHAnsi"/>
        </w:rPr>
        <w:t>s</w:t>
      </w:r>
      <w:r w:rsidR="003663EF">
        <w:rPr>
          <w:rFonts w:asciiTheme="majorHAnsi" w:hAnsiTheme="majorHAnsi" w:cstheme="majorHAnsi"/>
        </w:rPr>
        <w:t>e</w:t>
      </w:r>
      <w:r w:rsidR="004201EA">
        <w:rPr>
          <w:rFonts w:asciiTheme="majorHAnsi" w:hAnsiTheme="majorHAnsi" w:cstheme="majorHAnsi"/>
        </w:rPr>
        <w:t xml:space="preserve"> negative prompts</w:t>
      </w:r>
      <w:r w:rsidR="003663EF">
        <w:rPr>
          <w:rFonts w:asciiTheme="majorHAnsi" w:hAnsiTheme="majorHAnsi" w:cstheme="majorHAnsi"/>
        </w:rPr>
        <w:t xml:space="preserve">, instructions to avoid hallucinations, and steps to double-check </w:t>
      </w:r>
      <w:proofErr w:type="spellStart"/>
      <w:proofErr w:type="gramStart"/>
      <w:r w:rsidR="003663EF">
        <w:rPr>
          <w:rFonts w:asciiTheme="majorHAnsi" w:hAnsiTheme="majorHAnsi" w:cstheme="majorHAnsi"/>
        </w:rPr>
        <w:t>it’s</w:t>
      </w:r>
      <w:proofErr w:type="spellEnd"/>
      <w:proofErr w:type="gramEnd"/>
      <w:r w:rsidR="003663EF">
        <w:rPr>
          <w:rFonts w:asciiTheme="majorHAnsi" w:hAnsiTheme="majorHAnsi" w:cstheme="majorHAnsi"/>
        </w:rPr>
        <w:t xml:space="preserve"> own work, to help AI stay ‘on track’.</w:t>
      </w:r>
      <w:r>
        <w:rPr>
          <w:rFonts w:asciiTheme="majorHAnsi" w:hAnsiTheme="majorHAnsi" w:cstheme="majorHAnsi"/>
        </w:rPr>
        <w:t xml:space="preserve"> </w:t>
      </w:r>
    </w:p>
    <w:p w14:paraId="42BFDD54" w14:textId="6E56D3EC" w:rsidR="00A80FE8" w:rsidRDefault="00A80FE8" w:rsidP="00A80FE8">
      <w:pPr>
        <w:pStyle w:val="ListParagraph"/>
        <w:numPr>
          <w:ilvl w:val="0"/>
          <w:numId w:val="17"/>
        </w:numPr>
        <w:spacing w:line="360" w:lineRule="auto"/>
        <w:rPr>
          <w:rFonts w:asciiTheme="majorHAnsi" w:hAnsiTheme="majorHAnsi" w:cstheme="majorHAnsi"/>
        </w:rPr>
      </w:pPr>
      <w:r w:rsidRPr="00E61ABC">
        <w:rPr>
          <w:rFonts w:asciiTheme="majorHAnsi" w:hAnsiTheme="majorHAnsi" w:cstheme="majorHAnsi"/>
          <w:b/>
          <w:bCs/>
        </w:rPr>
        <w:t>T</w:t>
      </w:r>
      <w:r w:rsidRPr="00B956BC">
        <w:rPr>
          <w:rFonts w:asciiTheme="majorHAnsi" w:hAnsiTheme="majorHAnsi" w:cstheme="majorHAnsi"/>
          <w:b/>
          <w:bCs/>
        </w:rPr>
        <w:t xml:space="preserve">reat </w:t>
      </w:r>
      <w:r>
        <w:rPr>
          <w:rFonts w:asciiTheme="majorHAnsi" w:hAnsiTheme="majorHAnsi" w:cstheme="majorHAnsi"/>
          <w:b/>
          <w:bCs/>
        </w:rPr>
        <w:t xml:space="preserve">and talk to </w:t>
      </w:r>
      <w:r w:rsidRPr="00B956BC">
        <w:rPr>
          <w:rFonts w:asciiTheme="majorHAnsi" w:hAnsiTheme="majorHAnsi" w:cstheme="majorHAnsi"/>
          <w:b/>
          <w:bCs/>
        </w:rPr>
        <w:t>it like a person</w:t>
      </w:r>
      <w:r>
        <w:rPr>
          <w:rFonts w:asciiTheme="majorHAnsi" w:hAnsiTheme="majorHAnsi" w:cstheme="majorHAnsi"/>
        </w:rPr>
        <w:t xml:space="preserve">. </w:t>
      </w:r>
      <w:r w:rsidR="003663EF">
        <w:rPr>
          <w:rFonts w:asciiTheme="majorHAnsi" w:hAnsiTheme="majorHAnsi" w:cstheme="majorHAnsi"/>
        </w:rPr>
        <w:t xml:space="preserve">It might be a </w:t>
      </w:r>
      <w:proofErr w:type="gramStart"/>
      <w:r w:rsidR="003663EF">
        <w:rPr>
          <w:rFonts w:asciiTheme="majorHAnsi" w:hAnsiTheme="majorHAnsi" w:cstheme="majorHAnsi"/>
        </w:rPr>
        <w:t>machine</w:t>
      </w:r>
      <w:proofErr w:type="gramEnd"/>
      <w:r w:rsidR="003663EF">
        <w:rPr>
          <w:rFonts w:asciiTheme="majorHAnsi" w:hAnsiTheme="majorHAnsi" w:cstheme="majorHAnsi"/>
        </w:rPr>
        <w:t xml:space="preserve"> but it’s trained on human data and behavior. </w:t>
      </w:r>
      <w:r w:rsidR="0060167F">
        <w:rPr>
          <w:rFonts w:asciiTheme="majorHAnsi" w:hAnsiTheme="majorHAnsi" w:cstheme="majorHAnsi"/>
        </w:rPr>
        <w:t>So have</w:t>
      </w:r>
      <w:r w:rsidR="003663EF">
        <w:rPr>
          <w:rFonts w:asciiTheme="majorHAnsi" w:hAnsiTheme="majorHAnsi" w:cstheme="majorHAnsi"/>
        </w:rPr>
        <w:t xml:space="preserve"> patience, think about how you would brief another human. What background and context does it need to do the work better?</w:t>
      </w:r>
      <w:r>
        <w:rPr>
          <w:rFonts w:asciiTheme="majorHAnsi" w:hAnsiTheme="majorHAnsi" w:cstheme="majorHAnsi"/>
        </w:rPr>
        <w:t xml:space="preserve"> </w:t>
      </w:r>
      <w:r w:rsidR="003663EF">
        <w:rPr>
          <w:rFonts w:asciiTheme="majorHAnsi" w:hAnsiTheme="majorHAnsi" w:cstheme="majorHAnsi"/>
        </w:rPr>
        <w:t>Which words might be misunderstood?</w:t>
      </w:r>
      <w:r w:rsidR="003663EF">
        <w:rPr>
          <w:rFonts w:asciiTheme="majorHAnsi" w:hAnsiTheme="majorHAnsi" w:cstheme="majorHAnsi"/>
        </w:rPr>
        <w:t xml:space="preserve"> Where should it start, what sources should it use</w:t>
      </w:r>
      <w:r w:rsidR="0060167F">
        <w:rPr>
          <w:rFonts w:asciiTheme="majorHAnsi" w:hAnsiTheme="majorHAnsi" w:cstheme="majorHAnsi"/>
        </w:rPr>
        <w:t>? And when it makes mistakes, don’t give up on it, see if you can prompt it in a better way.</w:t>
      </w:r>
    </w:p>
    <w:p w14:paraId="6A468127" w14:textId="53EE7F4A" w:rsidR="00A80FE8" w:rsidRPr="002D5EBC" w:rsidRDefault="00A80FE8" w:rsidP="00A5393F">
      <w:pPr>
        <w:pStyle w:val="ListParagraph"/>
        <w:numPr>
          <w:ilvl w:val="0"/>
          <w:numId w:val="17"/>
        </w:numPr>
        <w:spacing w:line="360" w:lineRule="auto"/>
        <w:rPr>
          <w:rFonts w:asciiTheme="majorHAnsi" w:hAnsiTheme="majorHAnsi" w:cstheme="majorHAnsi"/>
        </w:rPr>
      </w:pPr>
      <w:r>
        <w:rPr>
          <w:rFonts w:asciiTheme="majorHAnsi" w:hAnsiTheme="majorHAnsi" w:cstheme="majorHAnsi"/>
          <w:b/>
          <w:bCs/>
        </w:rPr>
        <w:t>I</w:t>
      </w:r>
      <w:r w:rsidRPr="00B956BC">
        <w:rPr>
          <w:rFonts w:asciiTheme="majorHAnsi" w:hAnsiTheme="majorHAnsi" w:cstheme="majorHAnsi"/>
          <w:b/>
          <w:bCs/>
        </w:rPr>
        <w:t>nclude our specialist/technical expertise</w:t>
      </w:r>
      <w:r>
        <w:rPr>
          <w:rFonts w:asciiTheme="majorHAnsi" w:hAnsiTheme="majorHAnsi" w:cstheme="majorHAnsi"/>
        </w:rPr>
        <w:t xml:space="preserve">. We all have specialist knowledge that we should bring into our AI prompts. For example, </w:t>
      </w:r>
      <w:r w:rsidR="00A01D2C">
        <w:rPr>
          <w:rFonts w:asciiTheme="majorHAnsi" w:hAnsiTheme="majorHAnsi" w:cstheme="majorHAnsi"/>
        </w:rPr>
        <w:t>prompting for a photograph</w:t>
      </w:r>
      <w:r>
        <w:rPr>
          <w:rFonts w:asciiTheme="majorHAnsi" w:hAnsiTheme="majorHAnsi" w:cstheme="majorHAnsi"/>
        </w:rPr>
        <w:t xml:space="preserve"> with clear specification of what </w:t>
      </w:r>
      <w:r w:rsidR="00A01D2C">
        <w:rPr>
          <w:rFonts w:asciiTheme="majorHAnsi" w:hAnsiTheme="majorHAnsi" w:cstheme="majorHAnsi"/>
        </w:rPr>
        <w:t>camera/</w:t>
      </w:r>
      <w:r>
        <w:rPr>
          <w:rFonts w:asciiTheme="majorHAnsi" w:hAnsiTheme="majorHAnsi" w:cstheme="majorHAnsi"/>
        </w:rPr>
        <w:t>lens</w:t>
      </w:r>
      <w:r w:rsidR="00A01D2C">
        <w:rPr>
          <w:rFonts w:asciiTheme="majorHAnsi" w:hAnsiTheme="majorHAnsi" w:cstheme="majorHAnsi"/>
        </w:rPr>
        <w:t>/lighting/framing/color-grading</w:t>
      </w:r>
      <w:r>
        <w:rPr>
          <w:rFonts w:asciiTheme="majorHAnsi" w:hAnsiTheme="majorHAnsi" w:cstheme="majorHAnsi"/>
        </w:rPr>
        <w:t xml:space="preserve"> </w:t>
      </w:r>
      <w:r w:rsidR="00A01D2C">
        <w:rPr>
          <w:rFonts w:asciiTheme="majorHAnsi" w:hAnsiTheme="majorHAnsi" w:cstheme="majorHAnsi"/>
        </w:rPr>
        <w:t xml:space="preserve">should be used and asking for specific facial expressions and body language. When prompting for illustration, using specific combinations of examples/inspiration of art direction (i.e. characters, backgrounds, illustration style, </w:t>
      </w:r>
      <w:proofErr w:type="spellStart"/>
      <w:r w:rsidR="00A01D2C">
        <w:rPr>
          <w:rFonts w:asciiTheme="majorHAnsi" w:hAnsiTheme="majorHAnsi" w:cstheme="majorHAnsi"/>
        </w:rPr>
        <w:t>etc</w:t>
      </w:r>
      <w:proofErr w:type="spellEnd"/>
      <w:r w:rsidR="00A01D2C">
        <w:rPr>
          <w:rFonts w:asciiTheme="majorHAnsi" w:hAnsiTheme="majorHAnsi" w:cstheme="majorHAnsi"/>
        </w:rPr>
        <w:t xml:space="preserve">), examples of layouts or specifying a precise color palette. </w:t>
      </w:r>
      <w:r>
        <w:rPr>
          <w:rFonts w:asciiTheme="majorHAnsi" w:hAnsiTheme="majorHAnsi" w:cstheme="majorHAnsi"/>
        </w:rPr>
        <w:t xml:space="preserve"> </w:t>
      </w:r>
      <w:r w:rsidR="00A01D2C">
        <w:rPr>
          <w:rFonts w:asciiTheme="majorHAnsi" w:hAnsiTheme="majorHAnsi" w:cstheme="majorHAnsi"/>
        </w:rPr>
        <w:t xml:space="preserve">All of this </w:t>
      </w:r>
      <w:r>
        <w:rPr>
          <w:rFonts w:asciiTheme="majorHAnsi" w:hAnsiTheme="majorHAnsi" w:cstheme="majorHAnsi"/>
        </w:rPr>
        <w:t xml:space="preserve">can lead to much </w:t>
      </w:r>
      <w:r w:rsidR="00A01D2C">
        <w:rPr>
          <w:rFonts w:asciiTheme="majorHAnsi" w:hAnsiTheme="majorHAnsi" w:cstheme="majorHAnsi"/>
        </w:rPr>
        <w:t>more controlled</w:t>
      </w:r>
      <w:r>
        <w:rPr>
          <w:rFonts w:asciiTheme="majorHAnsi" w:hAnsiTheme="majorHAnsi" w:cstheme="majorHAnsi"/>
        </w:rPr>
        <w:t>, less ‘slop’-like outputs.</w:t>
      </w:r>
    </w:p>
    <w:p w14:paraId="40039F7E" w14:textId="77777777" w:rsidR="00401D5C" w:rsidRDefault="00401D5C">
      <w:pPr>
        <w:rPr>
          <w:rFonts w:asciiTheme="majorHAnsi" w:eastAsiaTheme="majorEastAsia" w:hAnsiTheme="majorHAnsi" w:cstheme="majorHAnsi"/>
          <w:b/>
          <w:bCs/>
          <w:color w:val="365F91" w:themeColor="accent1" w:themeShade="BF"/>
          <w:sz w:val="28"/>
          <w:szCs w:val="28"/>
        </w:rPr>
      </w:pPr>
      <w:r>
        <w:rPr>
          <w:rFonts w:cstheme="majorHAnsi"/>
        </w:rPr>
        <w:br w:type="page"/>
      </w:r>
    </w:p>
    <w:p w14:paraId="3DC57C60" w14:textId="225207D8" w:rsidR="00A5393F" w:rsidRPr="00BB2C88" w:rsidRDefault="00A5393F" w:rsidP="00A5393F">
      <w:pPr>
        <w:pStyle w:val="Heading1"/>
        <w:rPr>
          <w:rFonts w:cstheme="majorHAnsi"/>
        </w:rPr>
      </w:pPr>
      <w:r w:rsidRPr="00BB2C88">
        <w:rPr>
          <w:rFonts w:cstheme="majorHAnsi"/>
        </w:rPr>
        <w:lastRenderedPageBreak/>
        <w:t>0</w:t>
      </w:r>
      <w:r w:rsidR="00A80FE8">
        <w:rPr>
          <w:rFonts w:cstheme="majorHAnsi"/>
        </w:rPr>
        <w:t>5</w:t>
      </w:r>
      <w:r w:rsidRPr="00BB2C88">
        <w:rPr>
          <w:rFonts w:cstheme="majorHAnsi"/>
        </w:rPr>
        <w:t>. HUMAN ACCOUNTABILITY &amp; VERIFICATION</w:t>
      </w:r>
    </w:p>
    <w:p w14:paraId="7DC857E3" w14:textId="23710D2F" w:rsidR="009C2E5E" w:rsidRPr="00A80FE8" w:rsidRDefault="00A80FE8" w:rsidP="00EE4217">
      <w:pPr>
        <w:rPr>
          <w:rFonts w:asciiTheme="majorHAnsi" w:hAnsiTheme="majorHAnsi" w:cstheme="majorHAnsi"/>
          <w:b/>
          <w:bCs/>
        </w:rPr>
      </w:pPr>
      <w:r>
        <w:rPr>
          <w:rFonts w:asciiTheme="majorHAnsi" w:hAnsiTheme="majorHAnsi" w:cstheme="majorHAnsi"/>
          <w:b/>
          <w:bCs/>
        </w:rPr>
        <w:t>The buck stops with us</w:t>
      </w:r>
    </w:p>
    <w:p w14:paraId="59DD0DE4" w14:textId="473CAD12" w:rsidR="000B604F" w:rsidRDefault="00EE4217" w:rsidP="00EE4217">
      <w:pPr>
        <w:rPr>
          <w:rFonts w:asciiTheme="majorHAnsi" w:hAnsiTheme="majorHAnsi" w:cstheme="majorHAnsi"/>
        </w:rPr>
      </w:pPr>
      <w:r w:rsidRPr="00EE4217">
        <w:rPr>
          <w:rFonts w:asciiTheme="majorHAnsi" w:hAnsiTheme="majorHAnsi" w:cstheme="majorHAnsi"/>
        </w:rPr>
        <w:t xml:space="preserve">AI is a tool. </w:t>
      </w:r>
      <w:r w:rsidR="000B604F">
        <w:rPr>
          <w:rFonts w:asciiTheme="majorHAnsi" w:hAnsiTheme="majorHAnsi" w:cstheme="majorHAnsi"/>
        </w:rPr>
        <w:t xml:space="preserve">It can </w:t>
      </w:r>
      <w:r w:rsidR="005D4A15">
        <w:rPr>
          <w:rFonts w:asciiTheme="majorHAnsi" w:hAnsiTheme="majorHAnsi" w:cstheme="majorHAnsi"/>
        </w:rPr>
        <w:t>bring</w:t>
      </w:r>
      <w:r w:rsidR="000B604F">
        <w:rPr>
          <w:rFonts w:asciiTheme="majorHAnsi" w:hAnsiTheme="majorHAnsi" w:cstheme="majorHAnsi"/>
        </w:rPr>
        <w:t xml:space="preserve"> information</w:t>
      </w:r>
      <w:r w:rsidR="005D4A15">
        <w:rPr>
          <w:rFonts w:asciiTheme="majorHAnsi" w:hAnsiTheme="majorHAnsi" w:cstheme="majorHAnsi"/>
        </w:rPr>
        <w:t xml:space="preserve"> to the surface</w:t>
      </w:r>
      <w:r w:rsidR="000B604F">
        <w:rPr>
          <w:rFonts w:asciiTheme="majorHAnsi" w:hAnsiTheme="majorHAnsi" w:cstheme="majorHAnsi"/>
        </w:rPr>
        <w:t>, but it does not guarantee accuracy.</w:t>
      </w:r>
      <w:r w:rsidR="00E73290" w:rsidRPr="00E73290">
        <w:rPr>
          <w:rFonts w:asciiTheme="majorHAnsi" w:hAnsiTheme="majorHAnsi" w:cstheme="majorHAnsi"/>
        </w:rPr>
        <w:t xml:space="preserve"> </w:t>
      </w:r>
      <w:r w:rsidR="005D4A15">
        <w:rPr>
          <w:rFonts w:asciiTheme="majorHAnsi" w:hAnsiTheme="majorHAnsi" w:cstheme="majorHAnsi"/>
        </w:rPr>
        <w:t xml:space="preserve">In </w:t>
      </w:r>
      <w:proofErr w:type="gramStart"/>
      <w:r w:rsidR="005D4A15">
        <w:rPr>
          <w:rFonts w:asciiTheme="majorHAnsi" w:hAnsiTheme="majorHAnsi" w:cstheme="majorHAnsi"/>
        </w:rPr>
        <w:t>fact</w:t>
      </w:r>
      <w:proofErr w:type="gramEnd"/>
      <w:r w:rsidR="005D4A15">
        <w:rPr>
          <w:rFonts w:asciiTheme="majorHAnsi" w:hAnsiTheme="majorHAnsi" w:cstheme="majorHAnsi"/>
        </w:rPr>
        <w:t xml:space="preserve"> it can confidently present fiction as fact. </w:t>
      </w:r>
      <w:r w:rsidR="009C2E5E">
        <w:rPr>
          <w:rFonts w:asciiTheme="majorHAnsi" w:hAnsiTheme="majorHAnsi" w:cstheme="majorHAnsi"/>
        </w:rPr>
        <w:t>Personal/</w:t>
      </w:r>
      <w:r w:rsidR="00E73290" w:rsidRPr="00EE4217">
        <w:rPr>
          <w:rFonts w:asciiTheme="majorHAnsi" w:hAnsiTheme="majorHAnsi" w:cstheme="majorHAnsi"/>
        </w:rPr>
        <w:t xml:space="preserve">Human oversight is </w:t>
      </w:r>
      <w:r w:rsidR="005D4A15">
        <w:rPr>
          <w:rFonts w:asciiTheme="majorHAnsi" w:hAnsiTheme="majorHAnsi" w:cstheme="majorHAnsi"/>
        </w:rPr>
        <w:t>a necessity</w:t>
      </w:r>
      <w:r w:rsidR="00E73290" w:rsidRPr="00EE4217">
        <w:rPr>
          <w:rFonts w:asciiTheme="majorHAnsi" w:hAnsiTheme="majorHAnsi" w:cstheme="majorHAnsi"/>
        </w:rPr>
        <w:t>.</w:t>
      </w:r>
    </w:p>
    <w:p w14:paraId="72C565AE" w14:textId="421EC3FA" w:rsidR="00EE4217" w:rsidRPr="00EE4217" w:rsidRDefault="009C2E5E" w:rsidP="00EE4217">
      <w:pPr>
        <w:rPr>
          <w:rFonts w:asciiTheme="majorHAnsi" w:hAnsiTheme="majorHAnsi" w:cstheme="majorHAnsi"/>
        </w:rPr>
      </w:pPr>
      <w:r>
        <w:rPr>
          <w:rFonts w:asciiTheme="majorHAnsi" w:hAnsiTheme="majorHAnsi" w:cstheme="majorHAnsi"/>
        </w:rPr>
        <w:t>We take ownership for all our work, always. Work</w:t>
      </w:r>
      <w:r w:rsidR="00EE4217" w:rsidRPr="00EE4217">
        <w:rPr>
          <w:rFonts w:asciiTheme="majorHAnsi" w:hAnsiTheme="majorHAnsi" w:cstheme="majorHAnsi"/>
        </w:rPr>
        <w:t xml:space="preserve"> generated with AI assistance must be reviewed and approved by a </w:t>
      </w:r>
      <w:r w:rsidR="000B604F">
        <w:rPr>
          <w:rFonts w:asciiTheme="majorHAnsi" w:hAnsiTheme="majorHAnsi" w:cstheme="majorHAnsi"/>
        </w:rPr>
        <w:t>project lead</w:t>
      </w:r>
      <w:r w:rsidR="00EE4217" w:rsidRPr="00EE4217">
        <w:rPr>
          <w:rFonts w:asciiTheme="majorHAnsi" w:hAnsiTheme="majorHAnsi" w:cstheme="majorHAnsi"/>
        </w:rPr>
        <w:t xml:space="preserve"> before it progresses </w:t>
      </w:r>
      <w:r w:rsidR="000B604F">
        <w:rPr>
          <w:rFonts w:asciiTheme="majorHAnsi" w:hAnsiTheme="majorHAnsi" w:cstheme="majorHAnsi"/>
        </w:rPr>
        <w:t>further</w:t>
      </w:r>
      <w:r w:rsidR="00EE4217" w:rsidRPr="00EE4217">
        <w:rPr>
          <w:rFonts w:asciiTheme="majorHAnsi" w:hAnsiTheme="majorHAnsi" w:cstheme="majorHAnsi"/>
        </w:rPr>
        <w:t xml:space="preserve">. </w:t>
      </w:r>
    </w:p>
    <w:p w14:paraId="7F65D277" w14:textId="532ABCD7" w:rsidR="00A5393F" w:rsidRDefault="00EE4217" w:rsidP="00EE4217">
      <w:pPr>
        <w:rPr>
          <w:rFonts w:asciiTheme="majorHAnsi" w:hAnsiTheme="majorHAnsi" w:cstheme="majorHAnsi"/>
        </w:rPr>
      </w:pPr>
      <w:r w:rsidRPr="00EE4217">
        <w:rPr>
          <w:rFonts w:asciiTheme="majorHAnsi" w:hAnsiTheme="majorHAnsi" w:cstheme="majorHAnsi"/>
        </w:rPr>
        <w:t>This applies especially to facts, statistics, references and claims.</w:t>
      </w:r>
      <w:r w:rsidR="00805DBB">
        <w:rPr>
          <w:rFonts w:asciiTheme="majorHAnsi" w:hAnsiTheme="majorHAnsi" w:cstheme="majorHAnsi"/>
        </w:rPr>
        <w:t xml:space="preserve"> </w:t>
      </w:r>
      <w:r w:rsidRPr="00EE4217">
        <w:rPr>
          <w:rFonts w:asciiTheme="majorHAnsi" w:hAnsiTheme="majorHAnsi" w:cstheme="majorHAnsi"/>
        </w:rPr>
        <w:t xml:space="preserve">No AI-generated medical or scientific claims are used without independent source verification. </w:t>
      </w:r>
      <w:r w:rsidR="005D4A15">
        <w:rPr>
          <w:rFonts w:asciiTheme="majorHAnsi" w:hAnsiTheme="majorHAnsi" w:cstheme="majorHAnsi"/>
        </w:rPr>
        <w:t>AI is getting better at providing references for its outputs. We should always demand and check them.</w:t>
      </w:r>
    </w:p>
    <w:p w14:paraId="3BD67DA0" w14:textId="73FE0129" w:rsidR="00C73576" w:rsidRPr="00BB2C88" w:rsidRDefault="009C2E5E" w:rsidP="00EE4217">
      <w:pPr>
        <w:rPr>
          <w:rFonts w:asciiTheme="majorHAnsi" w:hAnsiTheme="majorHAnsi" w:cstheme="majorHAnsi"/>
        </w:rPr>
      </w:pPr>
      <w:r>
        <w:rPr>
          <w:rFonts w:asciiTheme="majorHAnsi" w:hAnsiTheme="majorHAnsi" w:cstheme="majorHAnsi"/>
        </w:rPr>
        <w:t>W</w:t>
      </w:r>
      <w:r w:rsidR="00DC5850" w:rsidRPr="00DC5850">
        <w:rPr>
          <w:rFonts w:asciiTheme="majorHAnsi" w:hAnsiTheme="majorHAnsi" w:cstheme="majorHAnsi"/>
        </w:rPr>
        <w:t>e remain transparent with clients about how AI supports our internal workflow.</w:t>
      </w:r>
    </w:p>
    <w:p w14:paraId="00480DD4" w14:textId="1D152A15" w:rsidR="00A5393F" w:rsidRDefault="00A5393F" w:rsidP="00A5393F">
      <w:pPr>
        <w:pStyle w:val="Heading1"/>
        <w:rPr>
          <w:rFonts w:cstheme="majorHAnsi"/>
        </w:rPr>
      </w:pPr>
      <w:r w:rsidRPr="00BB2C88">
        <w:rPr>
          <w:rFonts w:cstheme="majorHAnsi"/>
        </w:rPr>
        <w:t>0</w:t>
      </w:r>
      <w:r w:rsidR="00A80FE8">
        <w:rPr>
          <w:rFonts w:cstheme="majorHAnsi"/>
        </w:rPr>
        <w:t>6</w:t>
      </w:r>
      <w:r w:rsidRPr="00BB2C88">
        <w:rPr>
          <w:rFonts w:cstheme="majorHAnsi"/>
        </w:rPr>
        <w:t>. DATA &amp; CONFIDENTIALITY</w:t>
      </w:r>
    </w:p>
    <w:p w14:paraId="5D4E48D9" w14:textId="71B4AB38" w:rsidR="00A80FE8" w:rsidRPr="00A80FE8" w:rsidRDefault="00A80FE8" w:rsidP="00A80FE8">
      <w:pPr>
        <w:rPr>
          <w:rFonts w:ascii="Calibri" w:hAnsi="Calibri" w:cs="Calibri"/>
          <w:b/>
          <w:bCs/>
        </w:rPr>
      </w:pPr>
      <w:r w:rsidRPr="00A80FE8">
        <w:rPr>
          <w:rFonts w:ascii="Calibri" w:hAnsi="Calibri" w:cs="Calibri"/>
          <w:b/>
          <w:bCs/>
        </w:rPr>
        <w:t>Nothing is private</w:t>
      </w:r>
    </w:p>
    <w:p w14:paraId="2BECC4DE" w14:textId="3B7C9202" w:rsidR="00A80FE8" w:rsidRDefault="00A80FE8" w:rsidP="00EE4217">
      <w:pPr>
        <w:rPr>
          <w:rFonts w:asciiTheme="majorHAnsi" w:hAnsiTheme="majorHAnsi" w:cstheme="majorHAnsi"/>
        </w:rPr>
      </w:pPr>
      <w:r>
        <w:rPr>
          <w:rFonts w:asciiTheme="majorHAnsi" w:hAnsiTheme="majorHAnsi" w:cstheme="majorHAnsi"/>
        </w:rPr>
        <w:t xml:space="preserve">While LLMs promise that paid-model tools won’t </w:t>
      </w:r>
      <w:r w:rsidR="00A01D2C">
        <w:rPr>
          <w:rFonts w:asciiTheme="majorHAnsi" w:hAnsiTheme="majorHAnsi" w:cstheme="majorHAnsi"/>
        </w:rPr>
        <w:t xml:space="preserve">share our content and data externally, they still use it to train their own models. </w:t>
      </w:r>
    </w:p>
    <w:p w14:paraId="05436300" w14:textId="2E1FB4CD" w:rsidR="00EE4217" w:rsidRPr="00EE4217" w:rsidRDefault="00A80FE8" w:rsidP="00EE4217">
      <w:pPr>
        <w:rPr>
          <w:rFonts w:asciiTheme="majorHAnsi" w:hAnsiTheme="majorHAnsi" w:cstheme="majorHAnsi"/>
        </w:rPr>
      </w:pPr>
      <w:proofErr w:type="gramStart"/>
      <w:r>
        <w:rPr>
          <w:rFonts w:asciiTheme="majorHAnsi" w:hAnsiTheme="majorHAnsi" w:cstheme="majorHAnsi"/>
        </w:rPr>
        <w:t>So</w:t>
      </w:r>
      <w:proofErr w:type="gramEnd"/>
      <w:r>
        <w:rPr>
          <w:rFonts w:asciiTheme="majorHAnsi" w:hAnsiTheme="majorHAnsi" w:cstheme="majorHAnsi"/>
        </w:rPr>
        <w:t xml:space="preserve"> we assume </w:t>
      </w:r>
      <w:r w:rsidR="00EE4217" w:rsidRPr="00EE4217">
        <w:rPr>
          <w:rFonts w:asciiTheme="majorHAnsi" w:hAnsiTheme="majorHAnsi" w:cstheme="majorHAnsi"/>
        </w:rPr>
        <w:t xml:space="preserve">AI tools </w:t>
      </w:r>
      <w:r>
        <w:rPr>
          <w:rFonts w:asciiTheme="majorHAnsi" w:hAnsiTheme="majorHAnsi" w:cstheme="majorHAnsi"/>
        </w:rPr>
        <w:t xml:space="preserve">will </w:t>
      </w:r>
      <w:r w:rsidR="00EE4217" w:rsidRPr="00EE4217">
        <w:rPr>
          <w:rFonts w:asciiTheme="majorHAnsi" w:hAnsiTheme="majorHAnsi" w:cstheme="majorHAnsi"/>
        </w:rPr>
        <w:t xml:space="preserve">process </w:t>
      </w:r>
      <w:r w:rsidRPr="00A80FE8">
        <w:rPr>
          <w:rFonts w:asciiTheme="majorHAnsi" w:hAnsiTheme="majorHAnsi" w:cstheme="majorHAnsi"/>
          <w:i/>
          <w:iCs/>
        </w:rPr>
        <w:t>everything</w:t>
      </w:r>
      <w:r w:rsidR="00EE4217" w:rsidRPr="00EE4217">
        <w:rPr>
          <w:rFonts w:asciiTheme="majorHAnsi" w:hAnsiTheme="majorHAnsi" w:cstheme="majorHAnsi"/>
        </w:rPr>
        <w:t xml:space="preserve"> we give them.</w:t>
      </w:r>
      <w:r w:rsidR="004E1309">
        <w:rPr>
          <w:rFonts w:asciiTheme="majorHAnsi" w:hAnsiTheme="majorHAnsi" w:cstheme="majorHAnsi"/>
        </w:rPr>
        <w:t xml:space="preserve"> </w:t>
      </w:r>
      <w:r w:rsidR="00EE4217" w:rsidRPr="00EE4217">
        <w:rPr>
          <w:rFonts w:asciiTheme="majorHAnsi" w:hAnsiTheme="majorHAnsi" w:cstheme="majorHAnsi"/>
        </w:rPr>
        <w:t xml:space="preserve">That means we must be </w:t>
      </w:r>
      <w:r>
        <w:rPr>
          <w:rFonts w:asciiTheme="majorHAnsi" w:hAnsiTheme="majorHAnsi" w:cstheme="majorHAnsi"/>
        </w:rPr>
        <w:t xml:space="preserve">cautious </w:t>
      </w:r>
      <w:r w:rsidR="00EE4217" w:rsidRPr="00EE4217">
        <w:rPr>
          <w:rFonts w:asciiTheme="majorHAnsi" w:hAnsiTheme="majorHAnsi" w:cstheme="majorHAnsi"/>
        </w:rPr>
        <w:t>about what we upload.</w:t>
      </w:r>
    </w:p>
    <w:p w14:paraId="0539BAAA" w14:textId="5E8418FB" w:rsidR="00EE4217" w:rsidRPr="00EE4217" w:rsidRDefault="00EE4217" w:rsidP="00EE4217">
      <w:pPr>
        <w:rPr>
          <w:rFonts w:asciiTheme="majorHAnsi" w:hAnsiTheme="majorHAnsi" w:cstheme="majorHAnsi"/>
        </w:rPr>
      </w:pPr>
      <w:r w:rsidRPr="00EE4217">
        <w:rPr>
          <w:rFonts w:asciiTheme="majorHAnsi" w:hAnsiTheme="majorHAnsi" w:cstheme="majorHAnsi"/>
        </w:rPr>
        <w:t>Confidential information must n</w:t>
      </w:r>
      <w:r w:rsidR="00685140">
        <w:rPr>
          <w:rFonts w:asciiTheme="majorHAnsi" w:hAnsiTheme="majorHAnsi" w:cstheme="majorHAnsi"/>
        </w:rPr>
        <w:t>ever</w:t>
      </w:r>
      <w:r w:rsidRPr="00EE4217">
        <w:rPr>
          <w:rFonts w:asciiTheme="majorHAnsi" w:hAnsiTheme="majorHAnsi" w:cstheme="majorHAnsi"/>
        </w:rPr>
        <w:t xml:space="preserve"> be entered into public AI tools.</w:t>
      </w:r>
    </w:p>
    <w:p w14:paraId="12BAC010" w14:textId="2153F52B" w:rsidR="00EE4217" w:rsidRPr="00EE4217" w:rsidRDefault="004E1309" w:rsidP="00EE4217">
      <w:pPr>
        <w:rPr>
          <w:rFonts w:asciiTheme="majorHAnsi" w:hAnsiTheme="majorHAnsi" w:cstheme="majorHAnsi"/>
        </w:rPr>
      </w:pPr>
      <w:r>
        <w:rPr>
          <w:rFonts w:asciiTheme="majorHAnsi" w:hAnsiTheme="majorHAnsi" w:cstheme="majorHAnsi"/>
        </w:rPr>
        <w:t>This includes</w:t>
      </w:r>
      <w:r w:rsidR="00EE4217" w:rsidRPr="00EE4217">
        <w:rPr>
          <w:rFonts w:asciiTheme="majorHAnsi" w:hAnsiTheme="majorHAnsi" w:cstheme="majorHAnsi"/>
        </w:rPr>
        <w:t xml:space="preserve"> any non-public client materials, strategic</w:t>
      </w:r>
      <w:r>
        <w:rPr>
          <w:rFonts w:asciiTheme="majorHAnsi" w:hAnsiTheme="majorHAnsi" w:cstheme="majorHAnsi"/>
        </w:rPr>
        <w:t>/regulatory</w:t>
      </w:r>
      <w:r w:rsidR="00EE4217" w:rsidRPr="00EE4217">
        <w:rPr>
          <w:rFonts w:asciiTheme="majorHAnsi" w:hAnsiTheme="majorHAnsi" w:cstheme="majorHAnsi"/>
        </w:rPr>
        <w:t xml:space="preserve"> documents, patient data, financial information or internal business plans.</w:t>
      </w:r>
    </w:p>
    <w:p w14:paraId="07E61DC9" w14:textId="1167F02C" w:rsidR="00C73576" w:rsidRPr="00BB2C88" w:rsidRDefault="00EE4217" w:rsidP="00EE4217">
      <w:pPr>
        <w:rPr>
          <w:rFonts w:asciiTheme="majorHAnsi" w:hAnsiTheme="majorHAnsi" w:cstheme="majorHAnsi"/>
        </w:rPr>
      </w:pPr>
      <w:r w:rsidRPr="00EE4217">
        <w:rPr>
          <w:rFonts w:asciiTheme="majorHAnsi" w:hAnsiTheme="majorHAnsi" w:cstheme="majorHAnsi"/>
        </w:rPr>
        <w:t>If you would not share it externally, do not upload it</w:t>
      </w:r>
      <w:r w:rsidR="00685140">
        <w:rPr>
          <w:rFonts w:asciiTheme="majorHAnsi" w:hAnsiTheme="majorHAnsi" w:cstheme="majorHAnsi"/>
        </w:rPr>
        <w:t xml:space="preserve"> into an LLM</w:t>
      </w:r>
      <w:r w:rsidRPr="00EE4217">
        <w:rPr>
          <w:rFonts w:asciiTheme="majorHAnsi" w:hAnsiTheme="majorHAnsi" w:cstheme="majorHAnsi"/>
        </w:rPr>
        <w:t>.</w:t>
      </w:r>
    </w:p>
    <w:p w14:paraId="12430CB9" w14:textId="18774C27" w:rsidR="00A5393F" w:rsidRDefault="00A5393F" w:rsidP="00A5393F">
      <w:pPr>
        <w:pStyle w:val="Heading1"/>
        <w:rPr>
          <w:rFonts w:cstheme="majorHAnsi"/>
        </w:rPr>
      </w:pPr>
      <w:r w:rsidRPr="00BB2C88">
        <w:rPr>
          <w:rFonts w:cstheme="majorHAnsi"/>
        </w:rPr>
        <w:t>0</w:t>
      </w:r>
      <w:r w:rsidR="00A80FE8">
        <w:rPr>
          <w:rFonts w:cstheme="majorHAnsi"/>
        </w:rPr>
        <w:t>7</w:t>
      </w:r>
      <w:r w:rsidRPr="00BB2C88">
        <w:rPr>
          <w:rFonts w:cstheme="majorHAnsi"/>
        </w:rPr>
        <w:t>. CONTINUOUS LEARNING</w:t>
      </w:r>
    </w:p>
    <w:p w14:paraId="447016A7" w14:textId="34FA3450" w:rsidR="00A80FE8" w:rsidRPr="00A80FE8" w:rsidRDefault="00A80FE8" w:rsidP="00A80FE8">
      <w:pPr>
        <w:rPr>
          <w:rFonts w:ascii="Calibri" w:hAnsi="Calibri" w:cs="Calibri"/>
          <w:b/>
          <w:bCs/>
        </w:rPr>
      </w:pPr>
      <w:r>
        <w:rPr>
          <w:rFonts w:ascii="Calibri" w:hAnsi="Calibri" w:cs="Calibri"/>
          <w:b/>
          <w:bCs/>
        </w:rPr>
        <w:t>Discovery Time</w:t>
      </w:r>
    </w:p>
    <w:p w14:paraId="0D39F20E" w14:textId="0DB0792E" w:rsidR="00EE4217" w:rsidRPr="00EE4217" w:rsidRDefault="00EE4217" w:rsidP="00EE4217">
      <w:pPr>
        <w:rPr>
          <w:rFonts w:asciiTheme="majorHAnsi" w:hAnsiTheme="majorHAnsi" w:cstheme="majorHAnsi"/>
        </w:rPr>
      </w:pPr>
      <w:r w:rsidRPr="00EE4217">
        <w:rPr>
          <w:rFonts w:asciiTheme="majorHAnsi" w:hAnsiTheme="majorHAnsi" w:cstheme="majorHAnsi"/>
        </w:rPr>
        <w:t>AI will continue to evolve</w:t>
      </w:r>
      <w:r w:rsidR="00727516">
        <w:rPr>
          <w:rFonts w:asciiTheme="majorHAnsi" w:hAnsiTheme="majorHAnsi" w:cstheme="majorHAnsi"/>
        </w:rPr>
        <w:t xml:space="preserve"> and n</w:t>
      </w:r>
      <w:r w:rsidRPr="00EE4217">
        <w:rPr>
          <w:rFonts w:asciiTheme="majorHAnsi" w:hAnsiTheme="majorHAnsi" w:cstheme="majorHAnsi"/>
        </w:rPr>
        <w:t xml:space="preserve">ew tools will emerge. </w:t>
      </w:r>
      <w:r w:rsidR="00685140">
        <w:rPr>
          <w:rFonts w:asciiTheme="majorHAnsi" w:hAnsiTheme="majorHAnsi" w:cstheme="majorHAnsi"/>
        </w:rPr>
        <w:t xml:space="preserve">Perceptions of what is and isn’t acceptable will shift. </w:t>
      </w:r>
      <w:r w:rsidR="00246006">
        <w:rPr>
          <w:rFonts w:asciiTheme="majorHAnsi" w:hAnsiTheme="majorHAnsi" w:cstheme="majorHAnsi"/>
        </w:rPr>
        <w:t xml:space="preserve">Workflows that were previously inefficient or infective suddenly become a reality. </w:t>
      </w:r>
      <w:r w:rsidR="00685140">
        <w:rPr>
          <w:rFonts w:asciiTheme="majorHAnsi" w:hAnsiTheme="majorHAnsi" w:cstheme="majorHAnsi"/>
        </w:rPr>
        <w:t xml:space="preserve">So will the expectations of our clients and our own teams. We must, together, </w:t>
      </w:r>
      <w:r w:rsidRPr="00EE4217">
        <w:rPr>
          <w:rFonts w:asciiTheme="majorHAnsi" w:hAnsiTheme="majorHAnsi" w:cstheme="majorHAnsi"/>
        </w:rPr>
        <w:t>build</w:t>
      </w:r>
      <w:r w:rsidR="00685140">
        <w:rPr>
          <w:rFonts w:asciiTheme="majorHAnsi" w:hAnsiTheme="majorHAnsi" w:cstheme="majorHAnsi"/>
        </w:rPr>
        <w:t xml:space="preserve"> and maintain an</w:t>
      </w:r>
      <w:r w:rsidRPr="00EE4217">
        <w:rPr>
          <w:rFonts w:asciiTheme="majorHAnsi" w:hAnsiTheme="majorHAnsi" w:cstheme="majorHAnsi"/>
        </w:rPr>
        <w:t xml:space="preserve"> understanding</w:t>
      </w:r>
      <w:r w:rsidR="00685140">
        <w:rPr>
          <w:rFonts w:asciiTheme="majorHAnsi" w:hAnsiTheme="majorHAnsi" w:cstheme="majorHAnsi"/>
        </w:rPr>
        <w:t xml:space="preserve"> of how AI is shaping our world</w:t>
      </w:r>
      <w:r w:rsidRPr="00EE4217">
        <w:rPr>
          <w:rFonts w:asciiTheme="majorHAnsi" w:hAnsiTheme="majorHAnsi" w:cstheme="majorHAnsi"/>
        </w:rPr>
        <w:t>.</w:t>
      </w:r>
    </w:p>
    <w:p w14:paraId="7F2D0F72" w14:textId="3E6EED6A" w:rsidR="00EE4217" w:rsidRPr="00EE4217" w:rsidRDefault="00EE4217" w:rsidP="00CA3EDB">
      <w:pPr>
        <w:rPr>
          <w:rFonts w:asciiTheme="majorHAnsi" w:hAnsiTheme="majorHAnsi" w:cstheme="majorHAnsi"/>
        </w:rPr>
      </w:pPr>
      <w:r w:rsidRPr="00EE4217">
        <w:rPr>
          <w:rFonts w:asciiTheme="majorHAnsi" w:hAnsiTheme="majorHAnsi" w:cstheme="majorHAnsi"/>
        </w:rPr>
        <w:t xml:space="preserve">We encourage exploration. Not because we feel we </w:t>
      </w:r>
      <w:proofErr w:type="gramStart"/>
      <w:r w:rsidRPr="00EE4217">
        <w:rPr>
          <w:rFonts w:asciiTheme="majorHAnsi" w:hAnsiTheme="majorHAnsi" w:cstheme="majorHAnsi"/>
        </w:rPr>
        <w:t>have to</w:t>
      </w:r>
      <w:proofErr w:type="gramEnd"/>
      <w:r w:rsidRPr="00EE4217">
        <w:rPr>
          <w:rFonts w:asciiTheme="majorHAnsi" w:hAnsiTheme="majorHAnsi" w:cstheme="majorHAnsi"/>
        </w:rPr>
        <w:t xml:space="preserve"> use AI, but because fluency gives us confidence. </w:t>
      </w:r>
      <w:r w:rsidR="00806285" w:rsidRPr="00EE4217">
        <w:rPr>
          <w:rFonts w:asciiTheme="majorHAnsi" w:hAnsiTheme="majorHAnsi" w:cstheme="majorHAnsi"/>
        </w:rPr>
        <w:t>Understanding reduces fear.</w:t>
      </w:r>
      <w:r w:rsidR="00806285">
        <w:rPr>
          <w:rFonts w:asciiTheme="majorHAnsi" w:hAnsiTheme="majorHAnsi" w:cstheme="majorHAnsi"/>
        </w:rPr>
        <w:t xml:space="preserve"> </w:t>
      </w:r>
      <w:r w:rsidRPr="00EE4217">
        <w:rPr>
          <w:rFonts w:asciiTheme="majorHAnsi" w:hAnsiTheme="majorHAnsi" w:cstheme="majorHAnsi"/>
        </w:rPr>
        <w:t>It allows us to test where tools genuinely add value and where they do not</w:t>
      </w:r>
      <w:r w:rsidR="00CA3EDB">
        <w:rPr>
          <w:rFonts w:asciiTheme="majorHAnsi" w:hAnsiTheme="majorHAnsi" w:cstheme="majorHAnsi"/>
        </w:rPr>
        <w:t xml:space="preserve">. </w:t>
      </w:r>
      <w:r w:rsidRPr="00EE4217">
        <w:rPr>
          <w:rFonts w:asciiTheme="majorHAnsi" w:hAnsiTheme="majorHAnsi" w:cstheme="majorHAnsi"/>
        </w:rPr>
        <w:t>We keep what strengthens our craft.</w:t>
      </w:r>
      <w:r w:rsidR="00D62055">
        <w:rPr>
          <w:rFonts w:asciiTheme="majorHAnsi" w:hAnsiTheme="majorHAnsi" w:cstheme="majorHAnsi"/>
        </w:rPr>
        <w:t xml:space="preserve"> </w:t>
      </w:r>
      <w:r w:rsidRPr="00EE4217">
        <w:rPr>
          <w:rFonts w:asciiTheme="majorHAnsi" w:hAnsiTheme="majorHAnsi" w:cstheme="majorHAnsi"/>
        </w:rPr>
        <w:t>We discard what does not.</w:t>
      </w:r>
    </w:p>
    <w:p w14:paraId="7810DE46" w14:textId="203C2606" w:rsidR="00685140" w:rsidRDefault="00685140" w:rsidP="00EE4217">
      <w:pPr>
        <w:rPr>
          <w:rFonts w:asciiTheme="majorHAnsi" w:hAnsiTheme="majorHAnsi" w:cstheme="majorHAnsi"/>
        </w:rPr>
      </w:pPr>
      <w:r>
        <w:rPr>
          <w:rFonts w:asciiTheme="majorHAnsi" w:hAnsiTheme="majorHAnsi" w:cstheme="majorHAnsi"/>
        </w:rPr>
        <w:lastRenderedPageBreak/>
        <w:t>We are students in our own fields. Our designers should be watching design trends</w:t>
      </w:r>
      <w:r w:rsidR="00246006">
        <w:rPr>
          <w:rFonts w:asciiTheme="majorHAnsi" w:hAnsiTheme="majorHAnsi" w:cstheme="majorHAnsi"/>
        </w:rPr>
        <w:t xml:space="preserve"> and trying out new tools</w:t>
      </w:r>
      <w:r>
        <w:rPr>
          <w:rFonts w:asciiTheme="majorHAnsi" w:hAnsiTheme="majorHAnsi" w:cstheme="majorHAnsi"/>
        </w:rPr>
        <w:t>, our developers on the lookout for the latest ways that AI can help or hinder their code. We are always studying.</w:t>
      </w:r>
    </w:p>
    <w:p w14:paraId="579DFC9E" w14:textId="09ADE509" w:rsidR="0016506C" w:rsidRDefault="00685140" w:rsidP="00EE4217">
      <w:pPr>
        <w:rPr>
          <w:rFonts w:asciiTheme="majorHAnsi" w:hAnsiTheme="majorHAnsi" w:cstheme="majorHAnsi"/>
        </w:rPr>
      </w:pPr>
      <w:r>
        <w:rPr>
          <w:rFonts w:asciiTheme="majorHAnsi" w:hAnsiTheme="majorHAnsi" w:cstheme="majorHAnsi"/>
        </w:rPr>
        <w:t>And when we learn something useful about AI, we share it as we would any other topic.</w:t>
      </w:r>
    </w:p>
    <w:p w14:paraId="2C7C5E80" w14:textId="20126CEF" w:rsidR="00870277" w:rsidRDefault="00870277" w:rsidP="00870277">
      <w:pPr>
        <w:pStyle w:val="Heading1"/>
        <w:rPr>
          <w:rFonts w:cstheme="majorHAnsi"/>
        </w:rPr>
      </w:pPr>
      <w:r w:rsidRPr="00BB2C88">
        <w:rPr>
          <w:rFonts w:cstheme="majorHAnsi"/>
        </w:rPr>
        <w:t>0</w:t>
      </w:r>
      <w:r>
        <w:rPr>
          <w:rFonts w:cstheme="majorHAnsi"/>
        </w:rPr>
        <w:t>8</w:t>
      </w:r>
      <w:r w:rsidRPr="00BB2C88">
        <w:rPr>
          <w:rFonts w:cstheme="majorHAnsi"/>
        </w:rPr>
        <w:t xml:space="preserve">. </w:t>
      </w:r>
      <w:r>
        <w:rPr>
          <w:rFonts w:cstheme="majorHAnsi"/>
        </w:rPr>
        <w:t>ECOLOGICAL IMPACT</w:t>
      </w:r>
    </w:p>
    <w:p w14:paraId="3A420EF2" w14:textId="335EA577" w:rsidR="00870277" w:rsidRPr="00A80FE8" w:rsidRDefault="00870277" w:rsidP="00870277">
      <w:pPr>
        <w:rPr>
          <w:rFonts w:ascii="Calibri" w:hAnsi="Calibri" w:cs="Calibri"/>
          <w:b/>
          <w:bCs/>
        </w:rPr>
      </w:pPr>
      <w:r>
        <w:rPr>
          <w:rFonts w:ascii="Calibri" w:hAnsi="Calibri" w:cs="Calibri"/>
          <w:b/>
          <w:bCs/>
        </w:rPr>
        <w:t>Visible steps against hidden costs</w:t>
      </w:r>
    </w:p>
    <w:p w14:paraId="43FF195A" w14:textId="4D6C20A5" w:rsidR="00870277" w:rsidRDefault="00870277" w:rsidP="00870277">
      <w:pPr>
        <w:rPr>
          <w:rFonts w:asciiTheme="majorHAnsi" w:hAnsiTheme="majorHAnsi" w:cstheme="majorHAnsi"/>
        </w:rPr>
      </w:pPr>
      <w:r>
        <w:rPr>
          <w:rFonts w:asciiTheme="majorHAnsi" w:hAnsiTheme="majorHAnsi" w:cstheme="majorHAnsi"/>
        </w:rPr>
        <w:t xml:space="preserve">As a company that has planted 12,000 trees a year for 9 years, our cumulative carbon impact is a net </w:t>
      </w:r>
      <w:proofErr w:type="gramStart"/>
      <w:r>
        <w:rPr>
          <w:rFonts w:asciiTheme="majorHAnsi" w:hAnsiTheme="majorHAnsi" w:cstheme="majorHAnsi"/>
        </w:rPr>
        <w:t>reduction, and</w:t>
      </w:r>
      <w:proofErr w:type="gramEnd"/>
      <w:r>
        <w:rPr>
          <w:rFonts w:asciiTheme="majorHAnsi" w:hAnsiTheme="majorHAnsi" w:cstheme="majorHAnsi"/>
        </w:rPr>
        <w:t xml:space="preserve"> will remain so for the foreseeable future even as </w:t>
      </w:r>
      <w:r w:rsidR="00393697">
        <w:rPr>
          <w:rFonts w:asciiTheme="majorHAnsi" w:hAnsiTheme="majorHAnsi" w:cstheme="majorHAnsi"/>
        </w:rPr>
        <w:t xml:space="preserve">we </w:t>
      </w:r>
      <w:r>
        <w:rPr>
          <w:rFonts w:asciiTheme="majorHAnsi" w:hAnsiTheme="majorHAnsi" w:cstheme="majorHAnsi"/>
        </w:rPr>
        <w:t xml:space="preserve">use AI </w:t>
      </w:r>
      <w:r w:rsidR="00393697">
        <w:rPr>
          <w:rFonts w:asciiTheme="majorHAnsi" w:hAnsiTheme="majorHAnsi" w:cstheme="majorHAnsi"/>
        </w:rPr>
        <w:t>to support us more often</w:t>
      </w:r>
      <w:r>
        <w:rPr>
          <w:rFonts w:asciiTheme="majorHAnsi" w:hAnsiTheme="majorHAnsi" w:cstheme="majorHAnsi"/>
        </w:rPr>
        <w:t xml:space="preserve">. </w:t>
      </w:r>
    </w:p>
    <w:p w14:paraId="1CDA582B" w14:textId="7FAEBE70" w:rsidR="00201FC9" w:rsidRDefault="00870277" w:rsidP="00870277">
      <w:pPr>
        <w:rPr>
          <w:rFonts w:asciiTheme="majorHAnsi" w:hAnsiTheme="majorHAnsi" w:cstheme="majorHAnsi"/>
        </w:rPr>
      </w:pPr>
      <w:r>
        <w:rPr>
          <w:rFonts w:asciiTheme="majorHAnsi" w:hAnsiTheme="majorHAnsi" w:cstheme="majorHAnsi"/>
        </w:rPr>
        <w:t>But we should still take every possible step to minimize the ecological impact of our use of AI. Every prompt consumes 5 drops of water and enough electricity to run a lightbulb for two minutes. This is less than it used to, but still ten times more than an ‘old’ google search.</w:t>
      </w:r>
      <w:r w:rsidR="00201FC9">
        <w:rPr>
          <w:rFonts w:asciiTheme="majorHAnsi" w:hAnsiTheme="majorHAnsi" w:cstheme="majorHAnsi"/>
        </w:rPr>
        <w:t xml:space="preserve"> Meanwhile image prompts are much more intensive – requiring energy equivalent to half a smartphone charge.</w:t>
      </w:r>
    </w:p>
    <w:p w14:paraId="2A9523A7" w14:textId="482D3C66" w:rsidR="00201FC9" w:rsidRDefault="00201FC9" w:rsidP="00870277">
      <w:pPr>
        <w:rPr>
          <w:rFonts w:asciiTheme="majorHAnsi" w:hAnsiTheme="majorHAnsi" w:cstheme="majorHAnsi"/>
        </w:rPr>
      </w:pPr>
      <w:r>
        <w:rPr>
          <w:rFonts w:asciiTheme="majorHAnsi" w:hAnsiTheme="majorHAnsi" w:cstheme="majorHAnsi"/>
        </w:rPr>
        <w:t xml:space="preserve">The following </w:t>
      </w:r>
      <w:r w:rsidR="00393697">
        <w:rPr>
          <w:rFonts w:asciiTheme="majorHAnsi" w:hAnsiTheme="majorHAnsi" w:cstheme="majorHAnsi"/>
        </w:rPr>
        <w:t xml:space="preserve">steps </w:t>
      </w:r>
      <w:r>
        <w:rPr>
          <w:rFonts w:asciiTheme="majorHAnsi" w:hAnsiTheme="majorHAnsi" w:cstheme="majorHAnsi"/>
        </w:rPr>
        <w:t>are available for consideration for employees seeking to minimize the impact of their AI use on the environment.</w:t>
      </w:r>
    </w:p>
    <w:p w14:paraId="7A7344FC" w14:textId="74666E54" w:rsidR="00870277" w:rsidRDefault="00393697" w:rsidP="00201FC9">
      <w:pPr>
        <w:pStyle w:val="ListParagraph"/>
        <w:numPr>
          <w:ilvl w:val="0"/>
          <w:numId w:val="18"/>
        </w:numPr>
        <w:rPr>
          <w:rFonts w:asciiTheme="majorHAnsi" w:hAnsiTheme="majorHAnsi" w:cstheme="majorHAnsi"/>
        </w:rPr>
      </w:pPr>
      <w:r>
        <w:rPr>
          <w:rFonts w:asciiTheme="majorHAnsi" w:hAnsiTheme="majorHAnsi" w:cstheme="majorHAnsi"/>
        </w:rPr>
        <w:t xml:space="preserve">Compare footprints. </w:t>
      </w:r>
      <w:r w:rsidR="00201FC9">
        <w:rPr>
          <w:rFonts w:asciiTheme="majorHAnsi" w:hAnsiTheme="majorHAnsi" w:cstheme="majorHAnsi"/>
        </w:rPr>
        <w:t xml:space="preserve">Claude </w:t>
      </w:r>
      <w:r>
        <w:rPr>
          <w:rFonts w:asciiTheme="majorHAnsi" w:hAnsiTheme="majorHAnsi" w:cstheme="majorHAnsi"/>
        </w:rPr>
        <w:t>is currently</w:t>
      </w:r>
      <w:r w:rsidR="00201FC9">
        <w:rPr>
          <w:rFonts w:asciiTheme="majorHAnsi" w:hAnsiTheme="majorHAnsi" w:cstheme="majorHAnsi"/>
        </w:rPr>
        <w:t xml:space="preserve"> the least energy-intensive of the ‘big three</w:t>
      </w:r>
      <w:proofErr w:type="gramStart"/>
      <w:r w:rsidR="00201FC9">
        <w:rPr>
          <w:rFonts w:asciiTheme="majorHAnsi" w:hAnsiTheme="majorHAnsi" w:cstheme="majorHAnsi"/>
        </w:rPr>
        <w:t>’, but</w:t>
      </w:r>
      <w:proofErr w:type="gramEnd"/>
      <w:r w:rsidR="00201FC9">
        <w:rPr>
          <w:rFonts w:asciiTheme="majorHAnsi" w:hAnsiTheme="majorHAnsi" w:cstheme="majorHAnsi"/>
        </w:rPr>
        <w:t xml:space="preserve"> is broadly comparable to ChatGPT. Google refuse to publish any data.</w:t>
      </w:r>
    </w:p>
    <w:p w14:paraId="43DC7144" w14:textId="5451CC7D" w:rsidR="00201FC9" w:rsidRDefault="00393697" w:rsidP="00201FC9">
      <w:pPr>
        <w:pStyle w:val="ListParagraph"/>
        <w:numPr>
          <w:ilvl w:val="0"/>
          <w:numId w:val="18"/>
        </w:numPr>
        <w:rPr>
          <w:rFonts w:asciiTheme="majorHAnsi" w:hAnsiTheme="majorHAnsi" w:cstheme="majorHAnsi"/>
        </w:rPr>
      </w:pPr>
      <w:r>
        <w:rPr>
          <w:rFonts w:asciiTheme="majorHAnsi" w:hAnsiTheme="majorHAnsi" w:cstheme="majorHAnsi"/>
        </w:rPr>
        <w:t>Prompt with purpose</w:t>
      </w:r>
      <w:r w:rsidR="00201FC9">
        <w:rPr>
          <w:rFonts w:asciiTheme="majorHAnsi" w:hAnsiTheme="majorHAnsi" w:cstheme="majorHAnsi"/>
        </w:rPr>
        <w:t xml:space="preserve">. </w:t>
      </w:r>
      <w:r>
        <w:rPr>
          <w:rFonts w:asciiTheme="majorHAnsi" w:hAnsiTheme="majorHAnsi" w:cstheme="majorHAnsi"/>
        </w:rPr>
        <w:t>Make sure you know what you want from the system. Give it all the knowledge you have and guidance it needs</w:t>
      </w:r>
      <w:r w:rsidR="00201FC9">
        <w:rPr>
          <w:rFonts w:asciiTheme="majorHAnsi" w:hAnsiTheme="majorHAnsi" w:cstheme="majorHAnsi"/>
        </w:rPr>
        <w:t>.</w:t>
      </w:r>
    </w:p>
    <w:p w14:paraId="6CEBD24C" w14:textId="2B875502" w:rsidR="00201FC9" w:rsidRDefault="00201FC9" w:rsidP="00201FC9">
      <w:pPr>
        <w:pStyle w:val="ListParagraph"/>
        <w:numPr>
          <w:ilvl w:val="0"/>
          <w:numId w:val="18"/>
        </w:numPr>
        <w:rPr>
          <w:rFonts w:asciiTheme="majorHAnsi" w:hAnsiTheme="majorHAnsi" w:cstheme="majorHAnsi"/>
        </w:rPr>
      </w:pPr>
      <w:r>
        <w:rPr>
          <w:rFonts w:asciiTheme="majorHAnsi" w:hAnsiTheme="majorHAnsi" w:cstheme="majorHAnsi"/>
        </w:rPr>
        <w:t>Disable smart search in google, which runs an AI prompt on all searches whether you want one or not (but which can be helpful… again these are guidelines not rules)</w:t>
      </w:r>
    </w:p>
    <w:p w14:paraId="3750CBD2" w14:textId="5E1D2A26" w:rsidR="00257BD5" w:rsidRPr="00257BD5" w:rsidRDefault="00257BD5" w:rsidP="00257BD5">
      <w:pPr>
        <w:rPr>
          <w:rFonts w:asciiTheme="majorHAnsi" w:hAnsiTheme="majorHAnsi" w:cstheme="majorHAnsi"/>
        </w:rPr>
      </w:pPr>
      <w:r>
        <w:rPr>
          <w:rFonts w:asciiTheme="majorHAnsi" w:hAnsiTheme="majorHAnsi" w:cstheme="majorHAnsi"/>
        </w:rPr>
        <w:t xml:space="preserve">References for this section, and some further thinking, are available </w:t>
      </w:r>
      <w:hyperlink r:id="rId8" w:anchor="gref" w:history="1">
        <w:r>
          <w:rPr>
            <w:rStyle w:val="Hyperlink"/>
            <w:rFonts w:asciiTheme="majorHAnsi" w:hAnsiTheme="majorHAnsi" w:cstheme="majorHAnsi"/>
          </w:rPr>
          <w:t>here</w:t>
        </w:r>
      </w:hyperlink>
      <w:r>
        <w:rPr>
          <w:rFonts w:asciiTheme="majorHAnsi" w:hAnsiTheme="majorHAnsi" w:cstheme="majorHAnsi"/>
        </w:rPr>
        <w:t xml:space="preserve">. </w:t>
      </w:r>
    </w:p>
    <w:p w14:paraId="2FA0943B" w14:textId="2E27B2B2" w:rsidR="00685140" w:rsidRDefault="00685140" w:rsidP="00685140">
      <w:pPr>
        <w:pStyle w:val="Heading1"/>
        <w:rPr>
          <w:rFonts w:cstheme="majorHAnsi"/>
        </w:rPr>
      </w:pPr>
      <w:r w:rsidRPr="00BB2C88">
        <w:rPr>
          <w:rFonts w:cstheme="majorHAnsi"/>
        </w:rPr>
        <w:t>0</w:t>
      </w:r>
      <w:r w:rsidR="00870277">
        <w:rPr>
          <w:rFonts w:cstheme="majorHAnsi"/>
        </w:rPr>
        <w:t>9</w:t>
      </w:r>
      <w:r w:rsidRPr="00BB2C88">
        <w:rPr>
          <w:rFonts w:cstheme="majorHAnsi"/>
        </w:rPr>
        <w:t xml:space="preserve">. </w:t>
      </w:r>
      <w:r w:rsidR="009C2E5E">
        <w:rPr>
          <w:rFonts w:cstheme="majorHAnsi"/>
        </w:rPr>
        <w:t>DISCUSSION</w:t>
      </w:r>
    </w:p>
    <w:p w14:paraId="320D0B6C" w14:textId="77777777" w:rsidR="00685140" w:rsidRDefault="00685140" w:rsidP="00EE4217">
      <w:pPr>
        <w:rPr>
          <w:rFonts w:asciiTheme="majorHAnsi" w:hAnsiTheme="majorHAnsi" w:cstheme="majorHAnsi"/>
        </w:rPr>
      </w:pPr>
      <w:r>
        <w:rPr>
          <w:rFonts w:asciiTheme="majorHAnsi" w:hAnsiTheme="majorHAnsi" w:cstheme="majorHAnsi"/>
        </w:rPr>
        <w:br/>
        <w:t>Have thoughts? Suggestions? Concerns?</w:t>
      </w:r>
    </w:p>
    <w:p w14:paraId="2B6265A5" w14:textId="373D09A2" w:rsidR="00685140" w:rsidRDefault="00685140" w:rsidP="00EE4217">
      <w:pPr>
        <w:rPr>
          <w:rFonts w:asciiTheme="majorHAnsi" w:hAnsiTheme="majorHAnsi" w:cstheme="majorHAnsi"/>
        </w:rPr>
      </w:pPr>
      <w:r>
        <w:rPr>
          <w:rFonts w:asciiTheme="majorHAnsi" w:hAnsiTheme="majorHAnsi" w:cstheme="majorHAnsi"/>
        </w:rPr>
        <w:t xml:space="preserve">AI in our </w:t>
      </w:r>
      <w:r w:rsidR="00A80FE8">
        <w:rPr>
          <w:rFonts w:asciiTheme="majorHAnsi" w:hAnsiTheme="majorHAnsi" w:cstheme="majorHAnsi"/>
        </w:rPr>
        <w:t>sector</w:t>
      </w:r>
      <w:r>
        <w:rPr>
          <w:rFonts w:asciiTheme="majorHAnsi" w:hAnsiTheme="majorHAnsi" w:cstheme="majorHAnsi"/>
        </w:rPr>
        <w:t xml:space="preserve"> is rapidly evolving. So too are we.</w:t>
      </w:r>
    </w:p>
    <w:p w14:paraId="1E37492C" w14:textId="084F41FB" w:rsidR="00685140" w:rsidRDefault="00685140" w:rsidP="00EE4217">
      <w:pPr>
        <w:rPr>
          <w:rFonts w:asciiTheme="majorHAnsi" w:hAnsiTheme="majorHAnsi" w:cstheme="majorHAnsi"/>
        </w:rPr>
      </w:pPr>
      <w:r>
        <w:rPr>
          <w:rFonts w:asciiTheme="majorHAnsi" w:hAnsiTheme="majorHAnsi" w:cstheme="majorHAnsi"/>
        </w:rPr>
        <w:t>So don’t sit on a contribution. Share your thoughts, shape our direction!</w:t>
      </w:r>
    </w:p>
    <w:p w14:paraId="249740A5" w14:textId="5357757C" w:rsidR="00685140" w:rsidRDefault="00685140" w:rsidP="00EE4217">
      <w:pPr>
        <w:rPr>
          <w:rFonts w:asciiTheme="majorHAnsi" w:hAnsiTheme="majorHAnsi" w:cstheme="majorHAnsi"/>
        </w:rPr>
      </w:pPr>
      <w:hyperlink r:id="rId9" w:history="1">
        <w:r w:rsidRPr="001F5C3E">
          <w:rPr>
            <w:rStyle w:val="Hyperlink"/>
            <w:rFonts w:asciiTheme="majorHAnsi" w:hAnsiTheme="majorHAnsi" w:cstheme="majorHAnsi"/>
          </w:rPr>
          <w:t>art@gig.health</w:t>
        </w:r>
      </w:hyperlink>
      <w:r>
        <w:rPr>
          <w:rFonts w:asciiTheme="majorHAnsi" w:hAnsiTheme="majorHAnsi" w:cstheme="majorHAnsi"/>
        </w:rPr>
        <w:t xml:space="preserve"> </w:t>
      </w:r>
    </w:p>
    <w:p w14:paraId="51D94DAC" w14:textId="5F044B4F" w:rsidR="00634912" w:rsidRPr="002D5EBC" w:rsidRDefault="00685140" w:rsidP="002D5EBC">
      <w:pPr>
        <w:spacing w:after="120" w:line="240" w:lineRule="auto"/>
        <w:rPr>
          <w:rFonts w:asciiTheme="majorHAnsi" w:hAnsiTheme="majorHAnsi" w:cstheme="majorHAnsi"/>
        </w:rPr>
      </w:pPr>
      <w:hyperlink r:id="rId10" w:history="1">
        <w:r w:rsidRPr="001F5C3E">
          <w:rPr>
            <w:rStyle w:val="Hyperlink"/>
            <w:rFonts w:asciiTheme="majorHAnsi" w:hAnsiTheme="majorHAnsi" w:cstheme="majorHAnsi"/>
          </w:rPr>
          <w:t>tim@gig.health</w:t>
        </w:r>
      </w:hyperlink>
      <w:r>
        <w:rPr>
          <w:rFonts w:asciiTheme="majorHAnsi" w:hAnsiTheme="majorHAnsi" w:cstheme="majorHAnsi"/>
        </w:rPr>
        <w:t xml:space="preserve"> </w:t>
      </w:r>
    </w:p>
    <w:sectPr w:rsidR="00634912" w:rsidRPr="002D5EBC" w:rsidSect="00667028">
      <w:headerReference w:type="default" r:id="rId11"/>
      <w:pgSz w:w="12240" w:h="15840"/>
      <w:pgMar w:top="1440" w:right="1800" w:bottom="997"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86857" w14:textId="77777777" w:rsidR="00B2107D" w:rsidRDefault="00B2107D" w:rsidP="00A5393F">
      <w:pPr>
        <w:spacing w:after="0" w:line="240" w:lineRule="auto"/>
      </w:pPr>
      <w:r>
        <w:separator/>
      </w:r>
    </w:p>
  </w:endnote>
  <w:endnote w:type="continuationSeparator" w:id="0">
    <w:p w14:paraId="24B7E7F9" w14:textId="77777777" w:rsidR="00B2107D" w:rsidRDefault="00B2107D" w:rsidP="00A53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ACCAE" w14:textId="77777777" w:rsidR="00B2107D" w:rsidRDefault="00B2107D" w:rsidP="00A5393F">
      <w:pPr>
        <w:spacing w:after="0" w:line="240" w:lineRule="auto"/>
      </w:pPr>
      <w:r>
        <w:separator/>
      </w:r>
    </w:p>
  </w:footnote>
  <w:footnote w:type="continuationSeparator" w:id="0">
    <w:p w14:paraId="265E4ED4" w14:textId="77777777" w:rsidR="00B2107D" w:rsidRDefault="00B2107D" w:rsidP="00A539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D339C" w14:textId="1A01D267" w:rsidR="00A5393F" w:rsidRDefault="00A5393F" w:rsidP="00A5393F">
    <w:pPr>
      <w:pStyle w:val="Header"/>
      <w:jc w:val="center"/>
    </w:pPr>
    <w:r>
      <w:rPr>
        <w:noProof/>
      </w:rPr>
      <w:drawing>
        <wp:inline distT="0" distB="0" distL="0" distR="0" wp14:anchorId="52F186F8" wp14:editId="16D3B1DC">
          <wp:extent cx="696645" cy="740664"/>
          <wp:effectExtent l="0" t="0" r="1905" b="0"/>
          <wp:docPr id="762977260" name="Picture 1" descr="A logo with a red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977260" name="Picture 1" descr="A logo with a red circle&#10;&#10;AI-generated content may be incorrect."/>
                  <pic:cNvPicPr/>
                </pic:nvPicPr>
                <pic:blipFill>
                  <a:blip r:embed="rId1">
                    <a:extLst>
                      <a:ext uri="{BEBA8EAE-BF5A-486C-A8C5-ECC9F3942E4B}">
                        <a14:imgProps xmlns:a14="http://schemas.microsoft.com/office/drawing/2010/main">
                          <a14:imgLayer r:embed="rId2">
                            <a14:imgEffect>
                              <a14:backgroundRemoval t="9948" b="89922" l="9890" r="95879">
                                <a14:foregroundMark x1="51374" y1="13953" x2="54258" y2="17313"/>
                                <a14:foregroundMark x1="95879" y1="27778" x2="89011" y2="27132"/>
                                <a14:foregroundMark x1="84615" y1="84884" x2="85027" y2="82041"/>
                                <a14:foregroundMark x1="68407" y1="82171" x2="69093" y2="79974"/>
                                <a14:foregroundMark x1="57143" y1="84884" x2="57005" y2="83204"/>
                                <a14:foregroundMark x1="48855" y1="83592" x2="48626" y2="82946"/>
                                <a14:foregroundMark x1="49313" y1="84884" x2="48855" y2="83592"/>
                                <a14:foregroundMark x1="32280" y1="84625" x2="32418" y2="81654"/>
                                <a14:foregroundMark x1="18407" y1="85013" x2="18956" y2="81266"/>
                                <a14:backgroundMark x1="46291" y1="83592" x2="46291" y2="83592"/>
                              </a14:backgroundRemoval>
                            </a14:imgEffect>
                          </a14:imgLayer>
                        </a14:imgProps>
                      </a:ext>
                    </a:extLst>
                  </a:blip>
                  <a:stretch>
                    <a:fillRect/>
                  </a:stretch>
                </pic:blipFill>
                <pic:spPr>
                  <a:xfrm>
                    <a:off x="0" y="0"/>
                    <a:ext cx="742572" cy="7894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43265E"/>
    <w:multiLevelType w:val="hybridMultilevel"/>
    <w:tmpl w:val="2C6C84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A2900FF"/>
    <w:multiLevelType w:val="hybridMultilevel"/>
    <w:tmpl w:val="AE2EA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312E17"/>
    <w:multiLevelType w:val="hybridMultilevel"/>
    <w:tmpl w:val="050A9A9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99943D0"/>
    <w:multiLevelType w:val="hybridMultilevel"/>
    <w:tmpl w:val="9F889E46"/>
    <w:lvl w:ilvl="0" w:tplc="0C848416">
      <w:start w:val="1"/>
      <w:numFmt w:val="bullet"/>
      <w:lvlText w:val="-"/>
      <w:lvlJc w:val="left"/>
      <w:pPr>
        <w:ind w:left="720" w:hanging="360"/>
      </w:pPr>
      <w:rPr>
        <w:rFonts w:ascii="Calibri" w:eastAsiaTheme="minorEastAsia"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B32792E"/>
    <w:multiLevelType w:val="hybridMultilevel"/>
    <w:tmpl w:val="32C89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45492C"/>
    <w:multiLevelType w:val="hybridMultilevel"/>
    <w:tmpl w:val="B07861EA"/>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5" w15:restartNumberingAfterBreak="0">
    <w:nsid w:val="5C4A5440"/>
    <w:multiLevelType w:val="hybridMultilevel"/>
    <w:tmpl w:val="C854B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DF1670"/>
    <w:multiLevelType w:val="hybridMultilevel"/>
    <w:tmpl w:val="D4F66DB0"/>
    <w:lvl w:ilvl="0" w:tplc="0C848416">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EF6F82"/>
    <w:multiLevelType w:val="hybridMultilevel"/>
    <w:tmpl w:val="3CBE953A"/>
    <w:lvl w:ilvl="0" w:tplc="0C848416">
      <w:start w:val="1"/>
      <w:numFmt w:val="bullet"/>
      <w:lvlText w:val="-"/>
      <w:lvlJc w:val="left"/>
      <w:pPr>
        <w:ind w:left="720" w:hanging="360"/>
      </w:pPr>
      <w:rPr>
        <w:rFonts w:ascii="Calibri" w:eastAsiaTheme="minorEastAsia"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9898024">
    <w:abstractNumId w:val="8"/>
  </w:num>
  <w:num w:numId="2" w16cid:durableId="1664964748">
    <w:abstractNumId w:val="6"/>
  </w:num>
  <w:num w:numId="3" w16cid:durableId="949750131">
    <w:abstractNumId w:val="5"/>
  </w:num>
  <w:num w:numId="4" w16cid:durableId="2033993416">
    <w:abstractNumId w:val="4"/>
  </w:num>
  <w:num w:numId="5" w16cid:durableId="2096590504">
    <w:abstractNumId w:val="7"/>
  </w:num>
  <w:num w:numId="6" w16cid:durableId="398596532">
    <w:abstractNumId w:val="3"/>
  </w:num>
  <w:num w:numId="7" w16cid:durableId="1722483191">
    <w:abstractNumId w:val="2"/>
  </w:num>
  <w:num w:numId="8" w16cid:durableId="2110007766">
    <w:abstractNumId w:val="1"/>
  </w:num>
  <w:num w:numId="9" w16cid:durableId="2120491682">
    <w:abstractNumId w:val="0"/>
  </w:num>
  <w:num w:numId="10" w16cid:durableId="1882133778">
    <w:abstractNumId w:val="10"/>
  </w:num>
  <w:num w:numId="11" w16cid:durableId="1834835333">
    <w:abstractNumId w:val="9"/>
  </w:num>
  <w:num w:numId="12" w16cid:durableId="1789549619">
    <w:abstractNumId w:val="13"/>
  </w:num>
  <w:num w:numId="13" w16cid:durableId="441075496">
    <w:abstractNumId w:val="16"/>
  </w:num>
  <w:num w:numId="14" w16cid:durableId="1087075298">
    <w:abstractNumId w:val="17"/>
  </w:num>
  <w:num w:numId="15" w16cid:durableId="250285352">
    <w:abstractNumId w:val="15"/>
  </w:num>
  <w:num w:numId="16" w16cid:durableId="1014261681">
    <w:abstractNumId w:val="12"/>
  </w:num>
  <w:num w:numId="17" w16cid:durableId="1959793130">
    <w:abstractNumId w:val="11"/>
  </w:num>
  <w:num w:numId="18" w16cid:durableId="7373628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0C7"/>
    <w:rsid w:val="00034616"/>
    <w:rsid w:val="00040BE6"/>
    <w:rsid w:val="0006063C"/>
    <w:rsid w:val="00085F2F"/>
    <w:rsid w:val="00094C4C"/>
    <w:rsid w:val="000A2A4E"/>
    <w:rsid w:val="000B604F"/>
    <w:rsid w:val="0015074B"/>
    <w:rsid w:val="00156BF6"/>
    <w:rsid w:val="00163E21"/>
    <w:rsid w:val="0016506C"/>
    <w:rsid w:val="00165F02"/>
    <w:rsid w:val="00201FC9"/>
    <w:rsid w:val="002420FE"/>
    <w:rsid w:val="00246006"/>
    <w:rsid w:val="00257BD5"/>
    <w:rsid w:val="00264D41"/>
    <w:rsid w:val="00291730"/>
    <w:rsid w:val="0029213A"/>
    <w:rsid w:val="0029639D"/>
    <w:rsid w:val="002D5EBC"/>
    <w:rsid w:val="00326F90"/>
    <w:rsid w:val="003663EF"/>
    <w:rsid w:val="00393697"/>
    <w:rsid w:val="003D6639"/>
    <w:rsid w:val="003E0EB3"/>
    <w:rsid w:val="003F33CC"/>
    <w:rsid w:val="00401D5C"/>
    <w:rsid w:val="004201EA"/>
    <w:rsid w:val="00432D9B"/>
    <w:rsid w:val="00477FA7"/>
    <w:rsid w:val="004A43C4"/>
    <w:rsid w:val="004A5608"/>
    <w:rsid w:val="004E1309"/>
    <w:rsid w:val="0051274A"/>
    <w:rsid w:val="00551C40"/>
    <w:rsid w:val="005A159E"/>
    <w:rsid w:val="005A5FAC"/>
    <w:rsid w:val="005D4A15"/>
    <w:rsid w:val="005F2D4B"/>
    <w:rsid w:val="0060167F"/>
    <w:rsid w:val="00634912"/>
    <w:rsid w:val="00667028"/>
    <w:rsid w:val="006701FD"/>
    <w:rsid w:val="00684845"/>
    <w:rsid w:val="00685140"/>
    <w:rsid w:val="006E3785"/>
    <w:rsid w:val="00727516"/>
    <w:rsid w:val="00786B5B"/>
    <w:rsid w:val="007A3513"/>
    <w:rsid w:val="00805DBB"/>
    <w:rsid w:val="00806285"/>
    <w:rsid w:val="0081749A"/>
    <w:rsid w:val="00870277"/>
    <w:rsid w:val="0087121E"/>
    <w:rsid w:val="00884BEB"/>
    <w:rsid w:val="008B5BDB"/>
    <w:rsid w:val="008C1B21"/>
    <w:rsid w:val="008F3E8F"/>
    <w:rsid w:val="00907B96"/>
    <w:rsid w:val="00911C81"/>
    <w:rsid w:val="00911E76"/>
    <w:rsid w:val="00930D6A"/>
    <w:rsid w:val="0096340A"/>
    <w:rsid w:val="009952FD"/>
    <w:rsid w:val="00997B74"/>
    <w:rsid w:val="009A4BCC"/>
    <w:rsid w:val="009A62F3"/>
    <w:rsid w:val="009C2E5E"/>
    <w:rsid w:val="00A01D2C"/>
    <w:rsid w:val="00A5393F"/>
    <w:rsid w:val="00A80FE8"/>
    <w:rsid w:val="00AA1D8D"/>
    <w:rsid w:val="00AB4A0F"/>
    <w:rsid w:val="00AC7389"/>
    <w:rsid w:val="00B16391"/>
    <w:rsid w:val="00B20E25"/>
    <w:rsid w:val="00B2107D"/>
    <w:rsid w:val="00B243B1"/>
    <w:rsid w:val="00B2746C"/>
    <w:rsid w:val="00B4580F"/>
    <w:rsid w:val="00B47730"/>
    <w:rsid w:val="00B6137C"/>
    <w:rsid w:val="00B86F41"/>
    <w:rsid w:val="00B956BC"/>
    <w:rsid w:val="00BC7215"/>
    <w:rsid w:val="00C15B18"/>
    <w:rsid w:val="00C511CE"/>
    <w:rsid w:val="00C73576"/>
    <w:rsid w:val="00C742AB"/>
    <w:rsid w:val="00CA3EDB"/>
    <w:rsid w:val="00CB0664"/>
    <w:rsid w:val="00CC2133"/>
    <w:rsid w:val="00CE18FF"/>
    <w:rsid w:val="00D62055"/>
    <w:rsid w:val="00DC5850"/>
    <w:rsid w:val="00DE07BD"/>
    <w:rsid w:val="00DE1496"/>
    <w:rsid w:val="00DF089D"/>
    <w:rsid w:val="00E24BD7"/>
    <w:rsid w:val="00E40A84"/>
    <w:rsid w:val="00E61ABC"/>
    <w:rsid w:val="00E651BC"/>
    <w:rsid w:val="00E73290"/>
    <w:rsid w:val="00E84230"/>
    <w:rsid w:val="00EC7B2E"/>
    <w:rsid w:val="00EE4217"/>
    <w:rsid w:val="00F02993"/>
    <w:rsid w:val="00F05F39"/>
    <w:rsid w:val="00F637E7"/>
    <w:rsid w:val="00F83CB7"/>
    <w:rsid w:val="00FC2BB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7F5342"/>
  <w14:defaultImageDpi w14:val="300"/>
  <w15:docId w15:val="{1D201701-2F3C-1943-9A4D-9ADAC49E8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85140"/>
    <w:rPr>
      <w:color w:val="0000FF" w:themeColor="hyperlink"/>
      <w:u w:val="single"/>
    </w:rPr>
  </w:style>
  <w:style w:type="character" w:styleId="UnresolvedMention">
    <w:name w:val="Unresolved Mention"/>
    <w:basedOn w:val="DefaultParagraphFont"/>
    <w:uiPriority w:val="99"/>
    <w:semiHidden/>
    <w:unhideWhenUsed/>
    <w:rsid w:val="00685140"/>
    <w:rPr>
      <w:color w:val="605E5C"/>
      <w:shd w:val="clear" w:color="auto" w:fill="E1DFDD"/>
    </w:rPr>
  </w:style>
  <w:style w:type="character" w:styleId="CommentReference">
    <w:name w:val="annotation reference"/>
    <w:basedOn w:val="DefaultParagraphFont"/>
    <w:uiPriority w:val="99"/>
    <w:semiHidden/>
    <w:unhideWhenUsed/>
    <w:rsid w:val="00163E21"/>
    <w:rPr>
      <w:sz w:val="16"/>
      <w:szCs w:val="16"/>
    </w:rPr>
  </w:style>
  <w:style w:type="paragraph" w:styleId="CommentText">
    <w:name w:val="annotation text"/>
    <w:basedOn w:val="Normal"/>
    <w:link w:val="CommentTextChar"/>
    <w:uiPriority w:val="99"/>
    <w:semiHidden/>
    <w:unhideWhenUsed/>
    <w:rsid w:val="00163E21"/>
    <w:pPr>
      <w:spacing w:line="240" w:lineRule="auto"/>
    </w:pPr>
    <w:rPr>
      <w:sz w:val="20"/>
      <w:szCs w:val="20"/>
    </w:rPr>
  </w:style>
  <w:style w:type="character" w:customStyle="1" w:styleId="CommentTextChar">
    <w:name w:val="Comment Text Char"/>
    <w:basedOn w:val="DefaultParagraphFont"/>
    <w:link w:val="CommentText"/>
    <w:uiPriority w:val="99"/>
    <w:semiHidden/>
    <w:rsid w:val="00163E21"/>
    <w:rPr>
      <w:sz w:val="20"/>
      <w:szCs w:val="20"/>
    </w:rPr>
  </w:style>
  <w:style w:type="paragraph" w:styleId="CommentSubject">
    <w:name w:val="annotation subject"/>
    <w:basedOn w:val="CommentText"/>
    <w:next w:val="CommentText"/>
    <w:link w:val="CommentSubjectChar"/>
    <w:uiPriority w:val="99"/>
    <w:semiHidden/>
    <w:unhideWhenUsed/>
    <w:rsid w:val="00163E21"/>
    <w:rPr>
      <w:b/>
      <w:bCs/>
    </w:rPr>
  </w:style>
  <w:style w:type="character" w:customStyle="1" w:styleId="CommentSubjectChar">
    <w:name w:val="Comment Subject Char"/>
    <w:basedOn w:val="CommentTextChar"/>
    <w:link w:val="CommentSubject"/>
    <w:uiPriority w:val="99"/>
    <w:semiHidden/>
    <w:rsid w:val="00163E21"/>
    <w:rPr>
      <w:b/>
      <w:bCs/>
      <w:sz w:val="20"/>
      <w:szCs w:val="20"/>
    </w:rPr>
  </w:style>
  <w:style w:type="character" w:styleId="FollowedHyperlink">
    <w:name w:val="FollowedHyperlink"/>
    <w:basedOn w:val="DefaultParagraphFont"/>
    <w:uiPriority w:val="99"/>
    <w:semiHidden/>
    <w:unhideWhenUsed/>
    <w:rsid w:val="00DE07BD"/>
    <w:rPr>
      <w:color w:val="800080" w:themeColor="followedHyperlink"/>
      <w:u w:val="single"/>
    </w:rPr>
  </w:style>
  <w:style w:type="paragraph" w:styleId="Revision">
    <w:name w:val="Revision"/>
    <w:hidden/>
    <w:uiPriority w:val="99"/>
    <w:semiHidden/>
    <w:rsid w:val="00930D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tc.alt.ac.uk/blog/2025/05/think-before-you-prompt-reduce-your-ai-carbon-footprint-with-rock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tim@gig.health" TargetMode="External"/><Relationship Id="rId4" Type="http://schemas.openxmlformats.org/officeDocument/2006/relationships/settings" Target="settings.xml"/><Relationship Id="rId9" Type="http://schemas.openxmlformats.org/officeDocument/2006/relationships/hyperlink" Target="mailto:art@gig.health" TargetMode="Externa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2308</Words>
  <Characters>13160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15438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Artem Bakmanidis</cp:lastModifiedBy>
  <cp:revision>5</cp:revision>
  <dcterms:created xsi:type="dcterms:W3CDTF">2026-06-09T15:52:00Z</dcterms:created>
  <dcterms:modified xsi:type="dcterms:W3CDTF">2026-06-11T13:58:00Z</dcterms:modified>
  <cp:category/>
</cp:coreProperties>
</file>